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E34C7" w14:textId="77777777" w:rsidR="00351177" w:rsidRDefault="00053A8E">
      <w:pPr>
        <w:spacing w:after="60" w:line="252" w:lineRule="auto"/>
        <w:jc w:val="center"/>
      </w:pPr>
      <w:r>
        <w:rPr>
          <w:b/>
          <w:sz w:val="36"/>
        </w:rPr>
        <w:t>Security Incident Report Template</w:t>
      </w:r>
    </w:p>
    <w:p w14:paraId="6CFB6A97" w14:textId="77777777" w:rsidR="00351177" w:rsidRDefault="00053A8E">
      <w:pPr>
        <w:spacing w:after="160" w:line="252" w:lineRule="auto"/>
        <w:jc w:val="center"/>
      </w:pPr>
      <w:r>
        <w:rPr>
          <w:color w:val="696969"/>
        </w:rPr>
        <w:t>For internal security incident recording, review, follow-up and closure</w:t>
      </w:r>
    </w:p>
    <w:tbl>
      <w:tblPr>
        <w:tblW w:w="0" w:type="auto"/>
        <w:jc w:val="center"/>
        <w:tblLook w:val="04A0" w:firstRow="1" w:lastRow="0" w:firstColumn="1" w:lastColumn="0" w:noHBand="0" w:noVBand="1"/>
      </w:tblPr>
      <w:tblGrid>
        <w:gridCol w:w="10178"/>
      </w:tblGrid>
      <w:tr w:rsidR="00351177" w14:paraId="0452966D" w14:textId="77777777">
        <w:trPr>
          <w:jc w:val="center"/>
        </w:trPr>
        <w:tc>
          <w:tcPr>
            <w:tcW w:w="10200" w:type="dxa"/>
            <w:tcBorders>
              <w:top w:val="single" w:sz="8" w:space="0" w:color="C8C8C8"/>
              <w:left w:val="single" w:sz="8" w:space="0" w:color="C8C8C8"/>
              <w:bottom w:val="single" w:sz="8" w:space="0" w:color="C8C8C8"/>
              <w:right w:val="single" w:sz="8" w:space="0" w:color="C8C8C8"/>
            </w:tcBorders>
            <w:shd w:val="clear" w:color="auto" w:fill="F7F7F7"/>
            <w:tcMar>
              <w:top w:w="110" w:type="dxa"/>
              <w:left w:w="130" w:type="dxa"/>
              <w:bottom w:w="110" w:type="dxa"/>
              <w:right w:w="130" w:type="dxa"/>
            </w:tcMar>
          </w:tcPr>
          <w:p w14:paraId="04351AD2" w14:textId="77777777" w:rsidR="00351177" w:rsidRDefault="00053A8E">
            <w:pPr>
              <w:spacing w:after="40" w:line="252" w:lineRule="auto"/>
            </w:pPr>
            <w:r>
              <w:rPr>
                <w:b/>
                <w:sz w:val="18"/>
              </w:rPr>
              <w:t xml:space="preserve">How to use this template.  </w:t>
            </w:r>
            <w:r>
              <w:rPr>
                <w:sz w:val="17"/>
              </w:rPr>
              <w:t>Record what is known, distinguish observation from assumption, identify relevant evidence and make important unknowns visible. Immediate safety and incident response take priority over completing the form. Adapt this template to your organisation's procedures and terminology.</w:t>
            </w:r>
          </w:p>
        </w:tc>
      </w:tr>
    </w:tbl>
    <w:p w14:paraId="6F61868C" w14:textId="77777777" w:rsidR="00351177" w:rsidRDefault="00351177">
      <w:pPr>
        <w:spacing w:after="40" w:line="252" w:lineRule="auto"/>
      </w:pPr>
    </w:p>
    <w:tbl>
      <w:tblPr>
        <w:tblW w:w="0" w:type="auto"/>
        <w:jc w:val="center"/>
        <w:tblLook w:val="04A0" w:firstRow="1" w:lastRow="0" w:firstColumn="1" w:lastColumn="0" w:noHBand="0" w:noVBand="1"/>
      </w:tblPr>
      <w:tblGrid>
        <w:gridCol w:w="10178"/>
      </w:tblGrid>
      <w:tr w:rsidR="00351177" w14:paraId="6C60BCA1" w14:textId="77777777">
        <w:trPr>
          <w:jc w:val="center"/>
        </w:trPr>
        <w:tc>
          <w:tcPr>
            <w:tcW w:w="10200" w:type="dxa"/>
            <w:tcBorders>
              <w:top w:val="single" w:sz="8" w:space="0" w:color="C8C8C8"/>
              <w:left w:val="single" w:sz="8" w:space="0" w:color="C8C8C8"/>
              <w:bottom w:val="single" w:sz="8" w:space="0" w:color="C8C8C8"/>
              <w:right w:val="single" w:sz="8" w:space="0" w:color="C8C8C8"/>
            </w:tcBorders>
            <w:shd w:val="clear" w:color="auto" w:fill="F7F7F7"/>
            <w:tcMar>
              <w:top w:w="110" w:type="dxa"/>
              <w:left w:w="130" w:type="dxa"/>
              <w:bottom w:w="110" w:type="dxa"/>
              <w:right w:w="130" w:type="dxa"/>
            </w:tcMar>
          </w:tcPr>
          <w:p w14:paraId="0B73967C" w14:textId="77777777" w:rsidR="00351177" w:rsidRDefault="00053A8E">
            <w:pPr>
              <w:spacing w:after="40" w:line="252" w:lineRule="auto"/>
            </w:pPr>
            <w:r>
              <w:rPr>
                <w:b/>
                <w:sz w:val="18"/>
              </w:rPr>
              <w:t xml:space="preserve">Important boundary.  </w:t>
            </w:r>
            <w:r>
              <w:rPr>
                <w:sz w:val="17"/>
              </w:rPr>
              <w:t>This form supports internal incident recording. It does not itself establish disputed facts, determine responsibility or replace any separate investigation, statutory, regulatory, police, client or sector-specific reporting requirement that may apply.</w:t>
            </w:r>
          </w:p>
        </w:tc>
      </w:tr>
    </w:tbl>
    <w:p w14:paraId="5631656C" w14:textId="77777777" w:rsidR="00351177" w:rsidRDefault="00351177">
      <w:pPr>
        <w:spacing w:after="60" w:line="252" w:lineRule="auto"/>
      </w:pPr>
    </w:p>
    <w:tbl>
      <w:tblPr>
        <w:tblW w:w="0" w:type="auto"/>
        <w:jc w:val="center"/>
        <w:tblLayout w:type="fixed"/>
        <w:tblLook w:val="04A0" w:firstRow="1" w:lastRow="0" w:firstColumn="1" w:lastColumn="0" w:noHBand="0" w:noVBand="1"/>
      </w:tblPr>
      <w:tblGrid>
        <w:gridCol w:w="10200"/>
      </w:tblGrid>
      <w:tr w:rsidR="00351177" w14:paraId="44483132"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400CC0AB" w14:textId="77777777" w:rsidR="00351177" w:rsidRDefault="00053A8E">
            <w:pPr>
              <w:keepNext/>
              <w:spacing w:after="0" w:line="252" w:lineRule="auto"/>
            </w:pPr>
            <w:r>
              <w:rPr>
                <w:b/>
                <w:color w:val="FFFFFF"/>
                <w:sz w:val="21"/>
              </w:rPr>
              <w:t>1. REPORT DETAILS</w:t>
            </w:r>
          </w:p>
        </w:tc>
      </w:tr>
    </w:tbl>
    <w:p w14:paraId="2094132C" w14:textId="77777777" w:rsidR="00351177" w:rsidRDefault="00351177">
      <w:pPr>
        <w:spacing w:after="40" w:line="252" w:lineRule="auto"/>
      </w:pPr>
    </w:p>
    <w:tbl>
      <w:tblPr>
        <w:tblW w:w="0" w:type="auto"/>
        <w:jc w:val="center"/>
        <w:tblLayout w:type="fixed"/>
        <w:tblLook w:val="04A0" w:firstRow="1" w:lastRow="0" w:firstColumn="1" w:lastColumn="0" w:noHBand="0" w:noVBand="1"/>
      </w:tblPr>
      <w:tblGrid>
        <w:gridCol w:w="2835"/>
        <w:gridCol w:w="6463"/>
      </w:tblGrid>
      <w:tr w:rsidR="00351177" w14:paraId="30DB2C70" w14:textId="77777777">
        <w:trPr>
          <w:cantSplit/>
          <w:trHeight w:val="425"/>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6BB047D0" w14:textId="77777777" w:rsidR="00351177" w:rsidRDefault="00053A8E">
            <w:pPr>
              <w:spacing w:after="0" w:line="252" w:lineRule="auto"/>
            </w:pPr>
            <w:r>
              <w:rPr>
                <w:b/>
                <w:sz w:val="18"/>
              </w:rPr>
              <w:t>Organisation / site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64BFE5AE" w14:textId="77777777" w:rsidR="00351177" w:rsidRDefault="00053A8E">
            <w:pPr>
              <w:spacing w:after="0" w:line="252" w:lineRule="auto"/>
            </w:pPr>
            <w:r>
              <w:rPr>
                <w:i/>
                <w:color w:val="696969"/>
                <w:sz w:val="17"/>
              </w:rPr>
              <w:t xml:space="preserve">[Organisation and site/location] </w:t>
            </w:r>
          </w:p>
        </w:tc>
      </w:tr>
      <w:tr w:rsidR="00351177" w14:paraId="53E220C9" w14:textId="77777777">
        <w:trPr>
          <w:cantSplit/>
          <w:trHeight w:val="425"/>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63449190" w14:textId="77777777" w:rsidR="00351177" w:rsidRDefault="00053A8E">
            <w:pPr>
              <w:spacing w:after="0" w:line="252" w:lineRule="auto"/>
            </w:pPr>
            <w:r>
              <w:rPr>
                <w:b/>
                <w:sz w:val="18"/>
              </w:rPr>
              <w:t>Incident reference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58912916" w14:textId="77777777" w:rsidR="00351177" w:rsidRDefault="00053A8E">
            <w:pPr>
              <w:spacing w:after="0" w:line="252" w:lineRule="auto"/>
            </w:pPr>
            <w:r>
              <w:rPr>
                <w:i/>
                <w:color w:val="696969"/>
                <w:sz w:val="17"/>
              </w:rPr>
              <w:t xml:space="preserve">[Unique incident reference] </w:t>
            </w:r>
          </w:p>
        </w:tc>
      </w:tr>
      <w:tr w:rsidR="00351177" w14:paraId="41F4A52C" w14:textId="77777777">
        <w:trPr>
          <w:cantSplit/>
          <w:trHeight w:val="425"/>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25109929" w14:textId="77777777" w:rsidR="00351177" w:rsidRDefault="00053A8E">
            <w:pPr>
              <w:spacing w:after="0" w:line="252" w:lineRule="auto"/>
            </w:pPr>
            <w:r>
              <w:rPr>
                <w:b/>
                <w:sz w:val="18"/>
              </w:rPr>
              <w:t>Report status</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08D08115" w14:textId="77777777" w:rsidR="00351177" w:rsidRDefault="00053A8E">
            <w:pPr>
              <w:spacing w:after="0" w:line="252" w:lineRule="auto"/>
            </w:pPr>
            <w:r>
              <w:rPr>
                <w:i/>
                <w:color w:val="696969"/>
                <w:sz w:val="17"/>
              </w:rPr>
              <w:t>[ ] Initial    [ ] Updated    [ ] Final</w:t>
            </w:r>
          </w:p>
        </w:tc>
      </w:tr>
      <w:tr w:rsidR="00351177" w14:paraId="411C144D" w14:textId="77777777">
        <w:trPr>
          <w:cantSplit/>
          <w:trHeight w:val="425"/>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617158B5" w14:textId="77777777" w:rsidR="00351177" w:rsidRDefault="00053A8E">
            <w:pPr>
              <w:spacing w:after="0" w:line="252" w:lineRule="auto"/>
            </w:pPr>
            <w:r>
              <w:rPr>
                <w:b/>
                <w:sz w:val="18"/>
              </w:rPr>
              <w:t>Report date and time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5464FBC8" w14:textId="77777777" w:rsidR="00351177" w:rsidRDefault="00053A8E">
            <w:pPr>
              <w:spacing w:after="0" w:line="252" w:lineRule="auto"/>
            </w:pPr>
            <w:r>
              <w:rPr>
                <w:i/>
                <w:color w:val="696969"/>
                <w:sz w:val="17"/>
              </w:rPr>
              <w:t xml:space="preserve">[DD/MM/YYYY, HH:MM] </w:t>
            </w:r>
          </w:p>
        </w:tc>
      </w:tr>
      <w:tr w:rsidR="00351177" w14:paraId="68641DF9" w14:textId="77777777">
        <w:trPr>
          <w:cantSplit/>
          <w:trHeight w:val="510"/>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6D43B658" w14:textId="77777777" w:rsidR="00351177" w:rsidRDefault="00053A8E">
            <w:pPr>
              <w:spacing w:after="0" w:line="252" w:lineRule="auto"/>
            </w:pPr>
            <w:r>
              <w:rPr>
                <w:b/>
                <w:sz w:val="18"/>
              </w:rPr>
              <w:t>Reporter</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59B74F25" w14:textId="77777777" w:rsidR="00351177" w:rsidRDefault="00053A8E">
            <w:pPr>
              <w:spacing w:after="0" w:line="252" w:lineRule="auto"/>
            </w:pPr>
            <w:r>
              <w:rPr>
                <w:i/>
                <w:color w:val="696969"/>
                <w:sz w:val="17"/>
              </w:rPr>
              <w:t xml:space="preserve">[Name, role and contact details] </w:t>
            </w:r>
          </w:p>
        </w:tc>
      </w:tr>
      <w:tr w:rsidR="00351177" w14:paraId="7119C46A" w14:textId="77777777">
        <w:trPr>
          <w:cantSplit/>
          <w:trHeight w:val="482"/>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63DEC9FF" w14:textId="77777777" w:rsidR="00351177" w:rsidRDefault="00053A8E">
            <w:pPr>
              <w:spacing w:after="0" w:line="252" w:lineRule="auto"/>
            </w:pPr>
            <w:r>
              <w:rPr>
                <w:b/>
                <w:sz w:val="18"/>
              </w:rPr>
              <w:t>Incident classification / severity</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74F83518" w14:textId="77777777" w:rsidR="00351177" w:rsidRDefault="00053A8E">
            <w:pPr>
              <w:spacing w:after="0" w:line="252" w:lineRule="auto"/>
            </w:pPr>
            <w:r>
              <w:rPr>
                <w:i/>
                <w:color w:val="696969"/>
                <w:sz w:val="17"/>
              </w:rPr>
              <w:t xml:space="preserve">[Use the organisation's agreed classification, if applicable] </w:t>
            </w:r>
          </w:p>
        </w:tc>
      </w:tr>
    </w:tbl>
    <w:p w14:paraId="04910987" w14:textId="77777777" w:rsidR="00351177" w:rsidRDefault="00351177">
      <w:pPr>
        <w:spacing w:after="60" w:line="252" w:lineRule="auto"/>
      </w:pPr>
    </w:p>
    <w:tbl>
      <w:tblPr>
        <w:tblW w:w="0" w:type="auto"/>
        <w:jc w:val="center"/>
        <w:tblLayout w:type="fixed"/>
        <w:tblLook w:val="04A0" w:firstRow="1" w:lastRow="0" w:firstColumn="1" w:lastColumn="0" w:noHBand="0" w:noVBand="1"/>
      </w:tblPr>
      <w:tblGrid>
        <w:gridCol w:w="10200"/>
      </w:tblGrid>
      <w:tr w:rsidR="00351177" w14:paraId="38E7D2E3"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4B272CA0" w14:textId="77777777" w:rsidR="00351177" w:rsidRDefault="00053A8E">
            <w:pPr>
              <w:keepNext/>
              <w:spacing w:after="0" w:line="252" w:lineRule="auto"/>
            </w:pPr>
            <w:r>
              <w:rPr>
                <w:b/>
                <w:color w:val="FFFFFF"/>
                <w:sz w:val="21"/>
              </w:rPr>
              <w:t>2. INCIDENT DETAILS</w:t>
            </w:r>
          </w:p>
        </w:tc>
      </w:tr>
    </w:tbl>
    <w:p w14:paraId="3092235C" w14:textId="77777777" w:rsidR="00351177" w:rsidRDefault="00351177">
      <w:pPr>
        <w:spacing w:after="40" w:line="252" w:lineRule="auto"/>
      </w:pPr>
    </w:p>
    <w:tbl>
      <w:tblPr>
        <w:tblW w:w="0" w:type="auto"/>
        <w:jc w:val="center"/>
        <w:tblLayout w:type="fixed"/>
        <w:tblLook w:val="04A0" w:firstRow="1" w:lastRow="0" w:firstColumn="1" w:lastColumn="0" w:noHBand="0" w:noVBand="1"/>
      </w:tblPr>
      <w:tblGrid>
        <w:gridCol w:w="2835"/>
        <w:gridCol w:w="6463"/>
      </w:tblGrid>
      <w:tr w:rsidR="00351177" w14:paraId="7F2247D0" w14:textId="77777777">
        <w:trPr>
          <w:cantSplit/>
          <w:trHeight w:val="45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7163528A" w14:textId="77777777" w:rsidR="00351177" w:rsidRDefault="00053A8E">
            <w:pPr>
              <w:spacing w:after="0" w:line="252" w:lineRule="auto"/>
            </w:pPr>
            <w:r>
              <w:rPr>
                <w:b/>
                <w:sz w:val="18"/>
              </w:rPr>
              <w:t>Incident date and time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0A627B56" w14:textId="77777777" w:rsidR="00351177" w:rsidRDefault="00053A8E">
            <w:pPr>
              <w:spacing w:after="0" w:line="252" w:lineRule="auto"/>
            </w:pPr>
            <w:r>
              <w:rPr>
                <w:i/>
                <w:color w:val="696969"/>
                <w:sz w:val="17"/>
              </w:rPr>
              <w:t xml:space="preserve">[Known date/time. State if approximate.] </w:t>
            </w:r>
          </w:p>
        </w:tc>
      </w:tr>
      <w:tr w:rsidR="00351177" w14:paraId="0B56DD9E" w14:textId="77777777">
        <w:trPr>
          <w:cantSplit/>
          <w:trHeight w:val="45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6129F1E5" w14:textId="77777777" w:rsidR="00351177" w:rsidRDefault="00053A8E">
            <w:pPr>
              <w:spacing w:after="0" w:line="252" w:lineRule="auto"/>
            </w:pPr>
            <w:r>
              <w:rPr>
                <w:b/>
                <w:sz w:val="18"/>
              </w:rPr>
              <w:t>Location</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2131B76F" w14:textId="77777777" w:rsidR="00351177" w:rsidRDefault="00053A8E">
            <w:pPr>
              <w:spacing w:after="0" w:line="252" w:lineRule="auto"/>
            </w:pPr>
            <w:r>
              <w:rPr>
                <w:i/>
                <w:color w:val="696969"/>
                <w:sz w:val="17"/>
              </w:rPr>
              <w:t xml:space="preserve">[Exact location] </w:t>
            </w:r>
          </w:p>
        </w:tc>
      </w:tr>
      <w:tr w:rsidR="00351177" w14:paraId="4AF00A47" w14:textId="77777777">
        <w:trPr>
          <w:cantSplit/>
          <w:trHeight w:val="510"/>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1E80A408" w14:textId="77777777" w:rsidR="00351177" w:rsidRDefault="00053A8E">
            <w:pPr>
              <w:spacing w:after="0" w:line="252" w:lineRule="auto"/>
            </w:pPr>
            <w:r>
              <w:rPr>
                <w:b/>
                <w:sz w:val="18"/>
              </w:rPr>
              <w:t>Incident type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48219222" w14:textId="77777777" w:rsidR="00351177" w:rsidRDefault="00053A8E">
            <w:pPr>
              <w:spacing w:after="0" w:line="252" w:lineRule="auto"/>
            </w:pPr>
            <w:r>
              <w:rPr>
                <w:i/>
                <w:color w:val="696969"/>
                <w:sz w:val="17"/>
              </w:rPr>
              <w:t xml:space="preserve">[For example: unauthorised access, theft, violence, suspicious activity, damage] </w:t>
            </w:r>
          </w:p>
        </w:tc>
      </w:tr>
      <w:tr w:rsidR="00351177" w14:paraId="5E5156C0" w14:textId="77777777">
        <w:trPr>
          <w:cantSplit/>
          <w:trHeight w:val="510"/>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75C71D28" w14:textId="77777777" w:rsidR="00351177" w:rsidRDefault="00053A8E">
            <w:pPr>
              <w:spacing w:after="0" w:line="252" w:lineRule="auto"/>
            </w:pPr>
            <w:r>
              <w:rPr>
                <w:b/>
                <w:sz w:val="18"/>
              </w:rPr>
              <w:t>People involved</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72B67FCA" w14:textId="77777777" w:rsidR="00351177" w:rsidRDefault="00053A8E">
            <w:pPr>
              <w:spacing w:after="0" w:line="252" w:lineRule="auto"/>
            </w:pPr>
            <w:r>
              <w:rPr>
                <w:i/>
                <w:color w:val="696969"/>
                <w:sz w:val="17"/>
              </w:rPr>
              <w:t xml:space="preserve">[Names/identifiers if appropriate, or reference the People involved section below] </w:t>
            </w:r>
          </w:p>
        </w:tc>
      </w:tr>
      <w:tr w:rsidR="00351177" w14:paraId="606F5029" w14:textId="77777777">
        <w:trPr>
          <w:cantSplit/>
          <w:trHeight w:val="680"/>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7179F304" w14:textId="77777777" w:rsidR="00351177" w:rsidRDefault="00053A8E">
            <w:pPr>
              <w:spacing w:after="0" w:line="252" w:lineRule="auto"/>
            </w:pPr>
            <w:r>
              <w:rPr>
                <w:b/>
                <w:sz w:val="18"/>
              </w:rPr>
              <w:t>Short summary</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6E6CD68A" w14:textId="77777777" w:rsidR="00351177" w:rsidRDefault="00053A8E">
            <w:pPr>
              <w:spacing w:after="0" w:line="252" w:lineRule="auto"/>
            </w:pPr>
            <w:r>
              <w:rPr>
                <w:i/>
                <w:color w:val="696969"/>
                <w:sz w:val="17"/>
              </w:rPr>
              <w:t xml:space="preserve">[One or two factual sentences describing what is known to have happened] </w:t>
            </w:r>
          </w:p>
        </w:tc>
      </w:tr>
    </w:tbl>
    <w:p w14:paraId="2963219E" w14:textId="77777777" w:rsidR="00351177" w:rsidRDefault="00053A8E">
      <w:r>
        <w:br w:type="page"/>
      </w:r>
    </w:p>
    <w:tbl>
      <w:tblPr>
        <w:tblW w:w="0" w:type="auto"/>
        <w:jc w:val="center"/>
        <w:tblLayout w:type="fixed"/>
        <w:tblLook w:val="04A0" w:firstRow="1" w:lastRow="0" w:firstColumn="1" w:lastColumn="0" w:noHBand="0" w:noVBand="1"/>
      </w:tblPr>
      <w:tblGrid>
        <w:gridCol w:w="10200"/>
      </w:tblGrid>
      <w:tr w:rsidR="00351177" w14:paraId="2E1026EF"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5B0D7361" w14:textId="77777777" w:rsidR="00351177" w:rsidRDefault="00053A8E">
            <w:pPr>
              <w:keepNext/>
              <w:spacing w:after="0" w:line="252" w:lineRule="auto"/>
            </w:pPr>
            <w:r>
              <w:rPr>
                <w:b/>
                <w:color w:val="FFFFFF"/>
                <w:sz w:val="21"/>
              </w:rPr>
              <w:lastRenderedPageBreak/>
              <w:t>3. FACTUAL CHRONOLOGY</w:t>
            </w:r>
          </w:p>
        </w:tc>
      </w:tr>
    </w:tbl>
    <w:p w14:paraId="3CB2585F" w14:textId="77777777" w:rsidR="00351177" w:rsidRDefault="00351177">
      <w:pPr>
        <w:spacing w:after="40" w:line="252" w:lineRule="auto"/>
      </w:pPr>
    </w:p>
    <w:p w14:paraId="20F4FB2C" w14:textId="77777777" w:rsidR="00351177" w:rsidRDefault="00053A8E">
      <w:pPr>
        <w:spacing w:after="100" w:line="252" w:lineRule="auto"/>
      </w:pPr>
      <w:r>
        <w:rPr>
          <w:color w:val="696969"/>
          <w:sz w:val="17"/>
        </w:rPr>
        <w:t>Record events in time order. Use precise times where known; otherwise state that the time is approximate. Identify the basis for each entry.</w:t>
      </w:r>
    </w:p>
    <w:tbl>
      <w:tblPr>
        <w:tblW w:w="0" w:type="auto"/>
        <w:jc w:val="center"/>
        <w:tblLayout w:type="fixed"/>
        <w:tblLook w:val="04A0" w:firstRow="1" w:lastRow="0" w:firstColumn="1" w:lastColumn="0" w:noHBand="0" w:noVBand="1"/>
      </w:tblPr>
      <w:tblGrid>
        <w:gridCol w:w="3400"/>
        <w:gridCol w:w="5443"/>
        <w:gridCol w:w="3400"/>
      </w:tblGrid>
      <w:tr w:rsidR="00351177" w14:paraId="6896BD94" w14:textId="77777777">
        <w:trPr>
          <w:tblHeader/>
          <w:jc w:val="center"/>
        </w:trPr>
        <w:tc>
          <w:tcPr>
            <w:tcW w:w="340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71548579" w14:textId="77777777" w:rsidR="00351177" w:rsidRDefault="00053A8E">
            <w:pPr>
              <w:spacing w:after="0" w:line="252" w:lineRule="auto"/>
            </w:pPr>
            <w:r>
              <w:rPr>
                <w:b/>
                <w:sz w:val="16"/>
              </w:rPr>
              <w:t>Date / time</w:t>
            </w:r>
          </w:p>
        </w:tc>
        <w:tc>
          <w:tcPr>
            <w:tcW w:w="340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52915F87" w14:textId="77777777" w:rsidR="00351177" w:rsidRDefault="00053A8E">
            <w:pPr>
              <w:spacing w:after="0" w:line="252" w:lineRule="auto"/>
            </w:pPr>
            <w:r>
              <w:rPr>
                <w:b/>
                <w:sz w:val="16"/>
              </w:rPr>
              <w:t>What happened</w:t>
            </w:r>
          </w:p>
        </w:tc>
        <w:tc>
          <w:tcPr>
            <w:tcW w:w="340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2E0A9F87" w14:textId="77777777" w:rsidR="00351177" w:rsidRDefault="00053A8E">
            <w:pPr>
              <w:spacing w:after="0" w:line="252" w:lineRule="auto"/>
            </w:pPr>
            <w:r>
              <w:rPr>
                <w:b/>
                <w:sz w:val="16"/>
              </w:rPr>
              <w:t>Basis / source</w:t>
            </w:r>
          </w:p>
        </w:tc>
      </w:tr>
      <w:tr w:rsidR="00351177" w14:paraId="3B14F16E"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9F3D82A" w14:textId="77777777" w:rsidR="00351177" w:rsidRDefault="00053A8E">
            <w:pPr>
              <w:spacing w:after="0" w:line="252" w:lineRule="auto"/>
            </w:pPr>
            <w:r>
              <w:rPr>
                <w:i/>
                <w:color w:val="696969"/>
                <w:sz w:val="16"/>
              </w:rPr>
              <w:t>[HH:MM]</w:t>
            </w: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AB8B7B3" w14:textId="77777777" w:rsidR="00351177" w:rsidRDefault="00053A8E">
            <w:pPr>
              <w:spacing w:after="0" w:line="252" w:lineRule="auto"/>
            </w:pPr>
            <w:r>
              <w:rPr>
                <w:i/>
                <w:color w:val="696969"/>
                <w:sz w:val="16"/>
              </w:rPr>
              <w:t>[Factual event or action]</w:t>
            </w: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B6C0BFE" w14:textId="77777777" w:rsidR="00351177" w:rsidRDefault="00053A8E">
            <w:pPr>
              <w:spacing w:after="0" w:line="252" w:lineRule="auto"/>
            </w:pPr>
            <w:r>
              <w:rPr>
                <w:i/>
                <w:color w:val="696969"/>
                <w:sz w:val="16"/>
              </w:rPr>
              <w:t>[Observed / reported by / CCTV / access record / other]</w:t>
            </w:r>
          </w:p>
        </w:tc>
      </w:tr>
      <w:tr w:rsidR="00351177" w14:paraId="100EAC69"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D7EE0DA" w14:textId="77777777" w:rsidR="00351177" w:rsidRDefault="00351177">
            <w:pPr>
              <w:spacing w:after="0" w:line="252" w:lineRule="auto"/>
            </w:pP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784E781" w14:textId="77777777" w:rsidR="00351177" w:rsidRDefault="00351177">
            <w:pPr>
              <w:spacing w:after="0" w:line="252" w:lineRule="auto"/>
            </w:pP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0B237AD" w14:textId="77777777" w:rsidR="00351177" w:rsidRDefault="00351177">
            <w:pPr>
              <w:spacing w:after="0" w:line="252" w:lineRule="auto"/>
            </w:pPr>
          </w:p>
        </w:tc>
      </w:tr>
      <w:tr w:rsidR="00351177" w14:paraId="5FDF5297"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DF8F357" w14:textId="77777777" w:rsidR="00351177" w:rsidRDefault="00351177">
            <w:pPr>
              <w:spacing w:after="0" w:line="252" w:lineRule="auto"/>
            </w:pP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29C171C" w14:textId="77777777" w:rsidR="00351177" w:rsidRDefault="00351177">
            <w:pPr>
              <w:spacing w:after="0" w:line="252" w:lineRule="auto"/>
            </w:pP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92F8A73" w14:textId="77777777" w:rsidR="00351177" w:rsidRDefault="00351177">
            <w:pPr>
              <w:spacing w:after="0" w:line="252" w:lineRule="auto"/>
            </w:pPr>
          </w:p>
        </w:tc>
      </w:tr>
      <w:tr w:rsidR="00351177" w14:paraId="19E02588"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5704B84" w14:textId="77777777" w:rsidR="00351177" w:rsidRDefault="00351177">
            <w:pPr>
              <w:spacing w:after="0" w:line="252" w:lineRule="auto"/>
            </w:pP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00DC692" w14:textId="77777777" w:rsidR="00351177" w:rsidRDefault="00351177">
            <w:pPr>
              <w:spacing w:after="0" w:line="252" w:lineRule="auto"/>
            </w:pP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B878AAE" w14:textId="77777777" w:rsidR="00351177" w:rsidRDefault="00351177">
            <w:pPr>
              <w:spacing w:after="0" w:line="252" w:lineRule="auto"/>
            </w:pPr>
          </w:p>
        </w:tc>
      </w:tr>
      <w:tr w:rsidR="00351177" w14:paraId="4E378636"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70C90AC" w14:textId="77777777" w:rsidR="00351177" w:rsidRDefault="00351177">
            <w:pPr>
              <w:spacing w:after="0" w:line="252" w:lineRule="auto"/>
            </w:pP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816EE26" w14:textId="77777777" w:rsidR="00351177" w:rsidRDefault="00351177">
            <w:pPr>
              <w:spacing w:after="0" w:line="252" w:lineRule="auto"/>
            </w:pP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2BB1593" w14:textId="77777777" w:rsidR="00351177" w:rsidRDefault="00351177">
            <w:pPr>
              <w:spacing w:after="0" w:line="252" w:lineRule="auto"/>
            </w:pPr>
          </w:p>
        </w:tc>
      </w:tr>
      <w:tr w:rsidR="00351177" w14:paraId="67192BF2"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324AF57" w14:textId="77777777" w:rsidR="00351177" w:rsidRDefault="00351177">
            <w:pPr>
              <w:spacing w:after="0" w:line="252" w:lineRule="auto"/>
            </w:pP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16781C2" w14:textId="77777777" w:rsidR="00351177" w:rsidRDefault="00351177">
            <w:pPr>
              <w:spacing w:after="0" w:line="252" w:lineRule="auto"/>
            </w:pP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AE9D18F" w14:textId="77777777" w:rsidR="00351177" w:rsidRDefault="00351177">
            <w:pPr>
              <w:spacing w:after="0" w:line="252" w:lineRule="auto"/>
            </w:pPr>
          </w:p>
        </w:tc>
      </w:tr>
      <w:tr w:rsidR="00351177" w14:paraId="50426812"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BB7CA51" w14:textId="77777777" w:rsidR="00351177" w:rsidRDefault="00351177">
            <w:pPr>
              <w:spacing w:after="0" w:line="252" w:lineRule="auto"/>
            </w:pP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4D95260" w14:textId="77777777" w:rsidR="00351177" w:rsidRDefault="00351177">
            <w:pPr>
              <w:spacing w:after="0" w:line="252" w:lineRule="auto"/>
            </w:pP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03A1BA0" w14:textId="77777777" w:rsidR="00351177" w:rsidRDefault="00351177">
            <w:pPr>
              <w:spacing w:after="0" w:line="252" w:lineRule="auto"/>
            </w:pPr>
          </w:p>
        </w:tc>
      </w:tr>
      <w:tr w:rsidR="00351177" w14:paraId="53A6E653"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E9F550E" w14:textId="77777777" w:rsidR="00351177" w:rsidRDefault="00351177">
            <w:pPr>
              <w:spacing w:after="0" w:line="252" w:lineRule="auto"/>
            </w:pP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18ECC21" w14:textId="77777777" w:rsidR="00351177" w:rsidRDefault="00351177">
            <w:pPr>
              <w:spacing w:after="0" w:line="252" w:lineRule="auto"/>
            </w:pP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E3A0A38" w14:textId="77777777" w:rsidR="00351177" w:rsidRDefault="00351177">
            <w:pPr>
              <w:spacing w:after="0" w:line="252" w:lineRule="auto"/>
            </w:pPr>
          </w:p>
        </w:tc>
      </w:tr>
      <w:tr w:rsidR="00351177" w14:paraId="34A93A54" w14:textId="77777777">
        <w:trPr>
          <w:cantSplit/>
          <w:trHeight w:val="522"/>
          <w:jc w:val="center"/>
        </w:trPr>
        <w:tc>
          <w:tcPr>
            <w:tcW w:w="175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4DEF224" w14:textId="77777777" w:rsidR="00351177" w:rsidRDefault="00351177">
            <w:pPr>
              <w:spacing w:after="0" w:line="252" w:lineRule="auto"/>
            </w:pPr>
          </w:p>
        </w:tc>
        <w:tc>
          <w:tcPr>
            <w:tcW w:w="5443"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7FC2FD0" w14:textId="77777777" w:rsidR="00351177" w:rsidRDefault="00351177">
            <w:pPr>
              <w:spacing w:after="0" w:line="252" w:lineRule="auto"/>
            </w:pPr>
          </w:p>
        </w:tc>
        <w:tc>
          <w:tcPr>
            <w:tcW w:w="209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0C30525" w14:textId="77777777" w:rsidR="00351177" w:rsidRDefault="00351177">
            <w:pPr>
              <w:spacing w:after="0" w:line="252" w:lineRule="auto"/>
            </w:pPr>
          </w:p>
        </w:tc>
      </w:tr>
    </w:tbl>
    <w:p w14:paraId="5B2F72D8" w14:textId="77777777" w:rsidR="00351177" w:rsidRDefault="00351177">
      <w:pPr>
        <w:spacing w:after="60" w:line="252" w:lineRule="auto"/>
      </w:pPr>
    </w:p>
    <w:tbl>
      <w:tblPr>
        <w:tblW w:w="0" w:type="auto"/>
        <w:jc w:val="center"/>
        <w:tblLayout w:type="fixed"/>
        <w:tblLook w:val="04A0" w:firstRow="1" w:lastRow="0" w:firstColumn="1" w:lastColumn="0" w:noHBand="0" w:noVBand="1"/>
      </w:tblPr>
      <w:tblGrid>
        <w:gridCol w:w="10200"/>
      </w:tblGrid>
      <w:tr w:rsidR="00351177" w14:paraId="5F5475F4"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4655A980" w14:textId="77777777" w:rsidR="00351177" w:rsidRDefault="00053A8E">
            <w:pPr>
              <w:keepNext/>
              <w:spacing w:after="0" w:line="252" w:lineRule="auto"/>
            </w:pPr>
            <w:r>
              <w:rPr>
                <w:b/>
                <w:color w:val="FFFFFF"/>
                <w:sz w:val="21"/>
              </w:rPr>
              <w:t>4. PEOPLE INVOLVED</w:t>
            </w:r>
          </w:p>
        </w:tc>
      </w:tr>
    </w:tbl>
    <w:p w14:paraId="463E0568" w14:textId="77777777" w:rsidR="00351177" w:rsidRDefault="00351177">
      <w:pPr>
        <w:spacing w:after="40" w:line="252" w:lineRule="auto"/>
      </w:pPr>
    </w:p>
    <w:p w14:paraId="5462329C" w14:textId="77777777" w:rsidR="00351177" w:rsidRDefault="00053A8E">
      <w:pPr>
        <w:spacing w:line="252" w:lineRule="auto"/>
      </w:pPr>
      <w:r>
        <w:rPr>
          <w:color w:val="696969"/>
          <w:sz w:val="17"/>
        </w:rPr>
        <w:t>Record only information needed for the incident record and handle personal information in line with your organisation's requirements.</w:t>
      </w:r>
    </w:p>
    <w:tbl>
      <w:tblPr>
        <w:tblW w:w="0" w:type="auto"/>
        <w:jc w:val="center"/>
        <w:tblLayout w:type="fixed"/>
        <w:tblLook w:val="04A0" w:firstRow="1" w:lastRow="0" w:firstColumn="1" w:lastColumn="0" w:noHBand="0" w:noVBand="1"/>
      </w:tblPr>
      <w:tblGrid>
        <w:gridCol w:w="2550"/>
        <w:gridCol w:w="2550"/>
        <w:gridCol w:w="3515"/>
        <w:gridCol w:w="2550"/>
      </w:tblGrid>
      <w:tr w:rsidR="00351177" w14:paraId="0C25ACB4" w14:textId="77777777">
        <w:trPr>
          <w:tblHeader/>
          <w:jc w:val="center"/>
        </w:trPr>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563C5D9E" w14:textId="77777777" w:rsidR="00351177" w:rsidRDefault="00053A8E">
            <w:pPr>
              <w:spacing w:after="0" w:line="252" w:lineRule="auto"/>
            </w:pPr>
            <w:r>
              <w:rPr>
                <w:b/>
                <w:sz w:val="16"/>
              </w:rPr>
              <w:t>Name / description</w:t>
            </w:r>
          </w:p>
        </w:tc>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64E05328" w14:textId="77777777" w:rsidR="00351177" w:rsidRDefault="00053A8E">
            <w:pPr>
              <w:spacing w:after="0" w:line="252" w:lineRule="auto"/>
            </w:pPr>
            <w:r>
              <w:rPr>
                <w:b/>
                <w:sz w:val="16"/>
              </w:rPr>
              <w:t>Role or relationship</w:t>
            </w:r>
          </w:p>
        </w:tc>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0CE320CB" w14:textId="77777777" w:rsidR="00351177" w:rsidRDefault="00053A8E">
            <w:pPr>
              <w:spacing w:after="0" w:line="252" w:lineRule="auto"/>
            </w:pPr>
            <w:r>
              <w:rPr>
                <w:b/>
                <w:sz w:val="16"/>
              </w:rPr>
              <w:t>Involvement / relevant information</w:t>
            </w:r>
          </w:p>
        </w:tc>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006DB782" w14:textId="77777777" w:rsidR="00351177" w:rsidRDefault="00053A8E">
            <w:pPr>
              <w:spacing w:after="0" w:line="252" w:lineRule="auto"/>
            </w:pPr>
            <w:r>
              <w:rPr>
                <w:b/>
                <w:sz w:val="16"/>
              </w:rPr>
              <w:t>Contact / reference</w:t>
            </w:r>
          </w:p>
        </w:tc>
      </w:tr>
      <w:tr w:rsidR="00351177" w14:paraId="5B6ECC10" w14:textId="77777777">
        <w:trPr>
          <w:cantSplit/>
          <w:trHeight w:val="567"/>
          <w:jc w:val="center"/>
        </w:trPr>
        <w:tc>
          <w:tcPr>
            <w:tcW w:w="204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C5F2AE5" w14:textId="77777777" w:rsidR="00351177" w:rsidRDefault="00053A8E">
            <w:pPr>
              <w:spacing w:after="0" w:line="252" w:lineRule="auto"/>
            </w:pPr>
            <w:r>
              <w:rPr>
                <w:i/>
                <w:color w:val="696969"/>
                <w:sz w:val="16"/>
              </w:rPr>
              <w:t>[Name or description]</w:t>
            </w: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9FD4655" w14:textId="77777777" w:rsidR="00351177" w:rsidRDefault="00053A8E">
            <w:pPr>
              <w:spacing w:after="0" w:line="252" w:lineRule="auto"/>
            </w:pPr>
            <w:r>
              <w:rPr>
                <w:i/>
                <w:color w:val="696969"/>
                <w:sz w:val="16"/>
              </w:rPr>
              <w:t>[Employee / visitor / contractor / witness / other]</w:t>
            </w:r>
          </w:p>
        </w:tc>
        <w:tc>
          <w:tcPr>
            <w:tcW w:w="3515"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47FF060" w14:textId="77777777" w:rsidR="00351177" w:rsidRDefault="00053A8E">
            <w:pPr>
              <w:spacing w:after="0" w:line="252" w:lineRule="auto"/>
            </w:pPr>
            <w:r>
              <w:rPr>
                <w:i/>
                <w:color w:val="696969"/>
                <w:sz w:val="16"/>
              </w:rPr>
              <w:t>[Factual involvement]</w:t>
            </w: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B356BA1" w14:textId="77777777" w:rsidR="00351177" w:rsidRDefault="00053A8E">
            <w:pPr>
              <w:spacing w:after="0" w:line="252" w:lineRule="auto"/>
            </w:pPr>
            <w:r>
              <w:rPr>
                <w:i/>
                <w:color w:val="696969"/>
                <w:sz w:val="16"/>
              </w:rPr>
              <w:t>[Contact or internal reference, if appropriate]</w:t>
            </w:r>
          </w:p>
        </w:tc>
      </w:tr>
      <w:tr w:rsidR="00351177" w14:paraId="66F8A0D4" w14:textId="77777777">
        <w:trPr>
          <w:cantSplit/>
          <w:trHeight w:val="567"/>
          <w:jc w:val="center"/>
        </w:trPr>
        <w:tc>
          <w:tcPr>
            <w:tcW w:w="204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4977414" w14:textId="77777777" w:rsidR="00351177" w:rsidRDefault="00351177">
            <w:pPr>
              <w:spacing w:after="0" w:line="252" w:lineRule="auto"/>
            </w:pP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14CFD2F" w14:textId="77777777" w:rsidR="00351177" w:rsidRDefault="00351177">
            <w:pPr>
              <w:spacing w:after="0" w:line="252" w:lineRule="auto"/>
            </w:pPr>
          </w:p>
        </w:tc>
        <w:tc>
          <w:tcPr>
            <w:tcW w:w="3515"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199A65B" w14:textId="77777777" w:rsidR="00351177" w:rsidRDefault="00351177">
            <w:pPr>
              <w:spacing w:after="0" w:line="252" w:lineRule="auto"/>
            </w:pP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E8F9FF6" w14:textId="77777777" w:rsidR="00351177" w:rsidRDefault="00351177">
            <w:pPr>
              <w:spacing w:after="0" w:line="252" w:lineRule="auto"/>
            </w:pPr>
          </w:p>
        </w:tc>
      </w:tr>
      <w:tr w:rsidR="00351177" w14:paraId="0A83E3BF" w14:textId="77777777">
        <w:trPr>
          <w:cantSplit/>
          <w:trHeight w:val="567"/>
          <w:jc w:val="center"/>
        </w:trPr>
        <w:tc>
          <w:tcPr>
            <w:tcW w:w="204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B3ECB4A" w14:textId="77777777" w:rsidR="00351177" w:rsidRDefault="00351177">
            <w:pPr>
              <w:spacing w:after="0" w:line="252" w:lineRule="auto"/>
            </w:pP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309D3C3" w14:textId="77777777" w:rsidR="00351177" w:rsidRDefault="00351177">
            <w:pPr>
              <w:spacing w:after="0" w:line="252" w:lineRule="auto"/>
            </w:pPr>
          </w:p>
        </w:tc>
        <w:tc>
          <w:tcPr>
            <w:tcW w:w="3515"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B0DBFAD" w14:textId="77777777" w:rsidR="00351177" w:rsidRDefault="00351177">
            <w:pPr>
              <w:spacing w:after="0" w:line="252" w:lineRule="auto"/>
            </w:pP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97F0F8A" w14:textId="77777777" w:rsidR="00351177" w:rsidRDefault="00351177">
            <w:pPr>
              <w:spacing w:after="0" w:line="252" w:lineRule="auto"/>
            </w:pPr>
          </w:p>
        </w:tc>
      </w:tr>
      <w:tr w:rsidR="00351177" w14:paraId="29FC60AD" w14:textId="77777777">
        <w:trPr>
          <w:cantSplit/>
          <w:trHeight w:val="567"/>
          <w:jc w:val="center"/>
        </w:trPr>
        <w:tc>
          <w:tcPr>
            <w:tcW w:w="204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0C4DC39" w14:textId="77777777" w:rsidR="00351177" w:rsidRDefault="00351177">
            <w:pPr>
              <w:spacing w:after="0" w:line="252" w:lineRule="auto"/>
            </w:pP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B413546" w14:textId="77777777" w:rsidR="00351177" w:rsidRDefault="00351177">
            <w:pPr>
              <w:spacing w:after="0" w:line="252" w:lineRule="auto"/>
            </w:pPr>
          </w:p>
        </w:tc>
        <w:tc>
          <w:tcPr>
            <w:tcW w:w="3515"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FA58B9C" w14:textId="77777777" w:rsidR="00351177" w:rsidRDefault="00351177">
            <w:pPr>
              <w:spacing w:after="0" w:line="252" w:lineRule="auto"/>
            </w:pP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CE9A218" w14:textId="77777777" w:rsidR="00351177" w:rsidRDefault="00351177">
            <w:pPr>
              <w:spacing w:after="0" w:line="252" w:lineRule="auto"/>
            </w:pPr>
          </w:p>
        </w:tc>
      </w:tr>
      <w:tr w:rsidR="00351177" w14:paraId="4EEB719B" w14:textId="77777777">
        <w:trPr>
          <w:cantSplit/>
          <w:trHeight w:val="567"/>
          <w:jc w:val="center"/>
        </w:trPr>
        <w:tc>
          <w:tcPr>
            <w:tcW w:w="204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215A8EF" w14:textId="77777777" w:rsidR="00351177" w:rsidRDefault="00351177">
            <w:pPr>
              <w:spacing w:after="0" w:line="252" w:lineRule="auto"/>
            </w:pP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3FEBBBB" w14:textId="77777777" w:rsidR="00351177" w:rsidRDefault="00351177">
            <w:pPr>
              <w:spacing w:after="0" w:line="252" w:lineRule="auto"/>
            </w:pPr>
          </w:p>
        </w:tc>
        <w:tc>
          <w:tcPr>
            <w:tcW w:w="3515"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E74C5C7" w14:textId="77777777" w:rsidR="00351177" w:rsidRDefault="00351177">
            <w:pPr>
              <w:spacing w:after="0" w:line="252" w:lineRule="auto"/>
            </w:pPr>
          </w:p>
        </w:tc>
        <w:tc>
          <w:tcPr>
            <w:tcW w:w="187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0D4631E" w14:textId="77777777" w:rsidR="00351177" w:rsidRDefault="00351177">
            <w:pPr>
              <w:spacing w:after="0" w:line="252" w:lineRule="auto"/>
            </w:pPr>
          </w:p>
        </w:tc>
      </w:tr>
    </w:tbl>
    <w:p w14:paraId="39721CE1" w14:textId="14170D00" w:rsidR="00351177" w:rsidRDefault="00351177"/>
    <w:tbl>
      <w:tblPr>
        <w:tblW w:w="0" w:type="auto"/>
        <w:jc w:val="center"/>
        <w:tblLayout w:type="fixed"/>
        <w:tblLook w:val="04A0" w:firstRow="1" w:lastRow="0" w:firstColumn="1" w:lastColumn="0" w:noHBand="0" w:noVBand="1"/>
      </w:tblPr>
      <w:tblGrid>
        <w:gridCol w:w="10200"/>
      </w:tblGrid>
      <w:tr w:rsidR="00351177" w14:paraId="1E960DF2"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69CAA7D9" w14:textId="77777777" w:rsidR="00351177" w:rsidRDefault="00053A8E">
            <w:pPr>
              <w:keepNext/>
              <w:spacing w:after="0" w:line="252" w:lineRule="auto"/>
            </w:pPr>
            <w:r>
              <w:rPr>
                <w:b/>
                <w:color w:val="FFFFFF"/>
                <w:sz w:val="21"/>
              </w:rPr>
              <w:t>5. IMPACT AND IMMEDIATE RESPONSE</w:t>
            </w:r>
          </w:p>
        </w:tc>
      </w:tr>
    </w:tbl>
    <w:p w14:paraId="7DA1B5C8" w14:textId="77777777" w:rsidR="00351177" w:rsidRDefault="00351177">
      <w:pPr>
        <w:spacing w:after="40" w:line="252" w:lineRule="auto"/>
      </w:pPr>
    </w:p>
    <w:tbl>
      <w:tblPr>
        <w:tblW w:w="0" w:type="auto"/>
        <w:jc w:val="center"/>
        <w:tblLayout w:type="fixed"/>
        <w:tblLook w:val="04A0" w:firstRow="1" w:lastRow="0" w:firstColumn="1" w:lastColumn="0" w:noHBand="0" w:noVBand="1"/>
      </w:tblPr>
      <w:tblGrid>
        <w:gridCol w:w="2835"/>
        <w:gridCol w:w="6463"/>
      </w:tblGrid>
      <w:tr w:rsidR="00351177" w14:paraId="1C0C1BE5" w14:textId="77777777">
        <w:trPr>
          <w:cantSplit/>
          <w:trHeight w:val="1191"/>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3FC7B4B0" w14:textId="77777777" w:rsidR="00351177" w:rsidRDefault="00053A8E">
            <w:pPr>
              <w:spacing w:after="0" w:line="252" w:lineRule="auto"/>
            </w:pPr>
            <w:r>
              <w:rPr>
                <w:b/>
                <w:sz w:val="18"/>
              </w:rPr>
              <w:t>Immediate impact / consequences</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6B6BA7AA" w14:textId="77777777" w:rsidR="00351177" w:rsidRDefault="00053A8E">
            <w:pPr>
              <w:spacing w:after="0" w:line="252" w:lineRule="auto"/>
            </w:pPr>
            <w:r>
              <w:rPr>
                <w:i/>
                <w:color w:val="696969"/>
                <w:sz w:val="17"/>
              </w:rPr>
              <w:t xml:space="preserve">[Record injury or welfare concerns, unauthorised access, loss, damage, disruption, affected controls, information/data impact or other consequences. If none were identified, state what was checked.] </w:t>
            </w:r>
          </w:p>
        </w:tc>
      </w:tr>
      <w:tr w:rsidR="00351177" w14:paraId="2B870FA7" w14:textId="77777777">
        <w:trPr>
          <w:cantSplit/>
          <w:trHeight w:val="1191"/>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1796F2D7" w14:textId="77777777" w:rsidR="00351177" w:rsidRDefault="00053A8E">
            <w:pPr>
              <w:spacing w:after="0" w:line="252" w:lineRule="auto"/>
            </w:pPr>
            <w:r>
              <w:rPr>
                <w:b/>
                <w:sz w:val="18"/>
              </w:rPr>
              <w:t>Immediate actions taken</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14EEE2FF" w14:textId="77777777" w:rsidR="00351177" w:rsidRDefault="00053A8E">
            <w:pPr>
              <w:spacing w:after="0" w:line="252" w:lineRule="auto"/>
            </w:pPr>
            <w:r>
              <w:rPr>
                <w:i/>
                <w:color w:val="696969"/>
                <w:sz w:val="17"/>
              </w:rPr>
              <w:t xml:space="preserve">[Record action taken during or immediately after the incident, including by whom and when where relevant.] </w:t>
            </w:r>
          </w:p>
        </w:tc>
      </w:tr>
      <w:tr w:rsidR="00351177" w14:paraId="66D63777" w14:textId="77777777">
        <w:trPr>
          <w:cantSplit/>
          <w:trHeight w:val="96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77704A4A" w14:textId="77777777" w:rsidR="00351177" w:rsidRDefault="00053A8E">
            <w:pPr>
              <w:spacing w:after="0" w:line="252" w:lineRule="auto"/>
            </w:pPr>
            <w:r>
              <w:rPr>
                <w:b/>
                <w:sz w:val="18"/>
              </w:rPr>
              <w:t>Current position</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29DEE3CF" w14:textId="77777777" w:rsidR="00351177" w:rsidRDefault="00053A8E">
            <w:pPr>
              <w:spacing w:after="0" w:line="252" w:lineRule="auto"/>
            </w:pPr>
            <w:r>
              <w:rPr>
                <w:i/>
                <w:color w:val="696969"/>
                <w:sz w:val="17"/>
              </w:rPr>
              <w:t xml:space="preserve">[What is the position now? What has been checked? What remains unresolved? Avoid broad conclusions that are not supported.] </w:t>
            </w:r>
          </w:p>
        </w:tc>
      </w:tr>
    </w:tbl>
    <w:p w14:paraId="431AC412" w14:textId="77777777" w:rsidR="00351177" w:rsidRDefault="00351177">
      <w:pPr>
        <w:spacing w:after="60" w:line="252" w:lineRule="auto"/>
      </w:pPr>
    </w:p>
    <w:tbl>
      <w:tblPr>
        <w:tblW w:w="0" w:type="auto"/>
        <w:jc w:val="center"/>
        <w:tblLayout w:type="fixed"/>
        <w:tblLook w:val="04A0" w:firstRow="1" w:lastRow="0" w:firstColumn="1" w:lastColumn="0" w:noHBand="0" w:noVBand="1"/>
      </w:tblPr>
      <w:tblGrid>
        <w:gridCol w:w="10200"/>
      </w:tblGrid>
      <w:tr w:rsidR="00351177" w14:paraId="6C32E710"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74E0B955" w14:textId="77777777" w:rsidR="00351177" w:rsidRDefault="00053A8E">
            <w:pPr>
              <w:keepNext/>
              <w:spacing w:after="0" w:line="252" w:lineRule="auto"/>
            </w:pPr>
            <w:r>
              <w:rPr>
                <w:b/>
                <w:color w:val="FFFFFF"/>
                <w:sz w:val="21"/>
              </w:rPr>
              <w:t>6. EVIDENCE AND REFERENCES</w:t>
            </w:r>
          </w:p>
        </w:tc>
      </w:tr>
    </w:tbl>
    <w:p w14:paraId="77D7544F" w14:textId="77777777" w:rsidR="00351177" w:rsidRDefault="00351177">
      <w:pPr>
        <w:spacing w:after="40" w:line="252" w:lineRule="auto"/>
      </w:pPr>
    </w:p>
    <w:p w14:paraId="1ACA5283" w14:textId="77777777" w:rsidR="00351177" w:rsidRDefault="00053A8E">
      <w:pPr>
        <w:spacing w:line="252" w:lineRule="auto"/>
      </w:pPr>
      <w:r>
        <w:rPr>
          <w:color w:val="696969"/>
          <w:sz w:val="17"/>
        </w:rPr>
        <w:t>Identify and reference relevant evidence. Keep controlled material in its authorised location rather than copying it into the report unnecessarily.</w:t>
      </w:r>
    </w:p>
    <w:tbl>
      <w:tblPr>
        <w:tblW w:w="0" w:type="auto"/>
        <w:jc w:val="center"/>
        <w:tblLayout w:type="fixed"/>
        <w:tblLook w:val="04A0" w:firstRow="1" w:lastRow="0" w:firstColumn="1" w:lastColumn="0" w:noHBand="0" w:noVBand="1"/>
      </w:tblPr>
      <w:tblGrid>
        <w:gridCol w:w="2040"/>
        <w:gridCol w:w="2040"/>
        <w:gridCol w:w="2268"/>
        <w:gridCol w:w="2268"/>
        <w:gridCol w:w="2040"/>
      </w:tblGrid>
      <w:tr w:rsidR="00351177" w14:paraId="70C6CA7C" w14:textId="77777777">
        <w:trPr>
          <w:tblHeader/>
          <w:jc w:val="center"/>
        </w:trPr>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5ECC3026" w14:textId="77777777" w:rsidR="00351177" w:rsidRDefault="00053A8E">
            <w:pPr>
              <w:spacing w:after="0" w:line="252" w:lineRule="auto"/>
            </w:pPr>
            <w:r>
              <w:rPr>
                <w:b/>
                <w:sz w:val="16"/>
              </w:rPr>
              <w:t>Reference</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5A60035C" w14:textId="77777777" w:rsidR="00351177" w:rsidRDefault="00053A8E">
            <w:pPr>
              <w:spacing w:after="0" w:line="252" w:lineRule="auto"/>
            </w:pPr>
            <w:r>
              <w:rPr>
                <w:b/>
                <w:sz w:val="16"/>
              </w:rPr>
              <w:t>Type</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306DCD4B" w14:textId="77777777" w:rsidR="00351177" w:rsidRDefault="00053A8E">
            <w:pPr>
              <w:spacing w:after="0" w:line="252" w:lineRule="auto"/>
            </w:pPr>
            <w:r>
              <w:rPr>
                <w:b/>
                <w:sz w:val="16"/>
              </w:rPr>
              <w:t>Where held</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7F698D29" w14:textId="77777777" w:rsidR="00351177" w:rsidRDefault="00053A8E">
            <w:pPr>
              <w:spacing w:after="0" w:line="252" w:lineRule="auto"/>
            </w:pPr>
            <w:r>
              <w:rPr>
                <w:b/>
                <w:sz w:val="16"/>
              </w:rPr>
              <w:t>Relevant period / detail</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0F5952B6" w14:textId="77777777" w:rsidR="00351177" w:rsidRDefault="00053A8E">
            <w:pPr>
              <w:spacing w:after="0" w:line="252" w:lineRule="auto"/>
            </w:pPr>
            <w:r>
              <w:rPr>
                <w:b/>
                <w:sz w:val="16"/>
              </w:rPr>
              <w:t>Retention / preservation action</w:t>
            </w:r>
          </w:p>
        </w:tc>
      </w:tr>
      <w:tr w:rsidR="00351177" w14:paraId="34D65F0A" w14:textId="77777777">
        <w:trPr>
          <w:cantSplit/>
          <w:trHeight w:val="539"/>
          <w:jc w:val="center"/>
        </w:trPr>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552E3FF" w14:textId="77777777" w:rsidR="00351177" w:rsidRDefault="00053A8E">
            <w:pPr>
              <w:spacing w:after="0" w:line="252" w:lineRule="auto"/>
            </w:pPr>
            <w:r>
              <w:rPr>
                <w:i/>
                <w:color w:val="696969"/>
                <w:sz w:val="16"/>
              </w:rPr>
              <w:t>[Ref]</w:t>
            </w:r>
          </w:p>
        </w:tc>
        <w:tc>
          <w:tcPr>
            <w:tcW w:w="153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801654F" w14:textId="77777777" w:rsidR="00351177" w:rsidRDefault="00053A8E">
            <w:pPr>
              <w:spacing w:after="0" w:line="252" w:lineRule="auto"/>
            </w:pPr>
            <w:r>
              <w:rPr>
                <w:i/>
                <w:color w:val="696969"/>
                <w:sz w:val="16"/>
              </w:rPr>
              <w:t>[CCTV / photo / access record / statement / log / other]</w:t>
            </w: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8985FF7" w14:textId="77777777" w:rsidR="00351177" w:rsidRDefault="00053A8E">
            <w:pPr>
              <w:spacing w:after="0" w:line="252" w:lineRule="auto"/>
            </w:pPr>
            <w:r>
              <w:rPr>
                <w:i/>
                <w:color w:val="696969"/>
                <w:sz w:val="16"/>
              </w:rPr>
              <w:t>[System/location]</w:t>
            </w: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8A65F85" w14:textId="77777777" w:rsidR="00351177" w:rsidRDefault="00053A8E">
            <w:pPr>
              <w:spacing w:after="0" w:line="252" w:lineRule="auto"/>
            </w:pPr>
            <w:r>
              <w:rPr>
                <w:i/>
                <w:color w:val="696969"/>
                <w:sz w:val="16"/>
              </w:rPr>
              <w:t>[Time range, file or record detail]</w:t>
            </w:r>
          </w:p>
        </w:tc>
        <w:tc>
          <w:tcPr>
            <w:tcW w:w="198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1AB5485" w14:textId="77777777" w:rsidR="00351177" w:rsidRDefault="00053A8E">
            <w:pPr>
              <w:spacing w:after="0" w:line="252" w:lineRule="auto"/>
            </w:pPr>
            <w:r>
              <w:rPr>
                <w:i/>
                <w:color w:val="696969"/>
                <w:sz w:val="16"/>
              </w:rPr>
              <w:t>[Action taken, if applicable]</w:t>
            </w:r>
          </w:p>
        </w:tc>
      </w:tr>
      <w:tr w:rsidR="00351177" w14:paraId="0BD61F14" w14:textId="77777777">
        <w:trPr>
          <w:cantSplit/>
          <w:trHeight w:val="539"/>
          <w:jc w:val="center"/>
        </w:trPr>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F08CB9E" w14:textId="77777777" w:rsidR="00351177" w:rsidRDefault="00351177">
            <w:pPr>
              <w:spacing w:after="0" w:line="252" w:lineRule="auto"/>
            </w:pPr>
          </w:p>
        </w:tc>
        <w:tc>
          <w:tcPr>
            <w:tcW w:w="153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F781CBB" w14:textId="77777777" w:rsidR="00351177" w:rsidRDefault="00351177">
            <w:pPr>
              <w:spacing w:after="0" w:line="252" w:lineRule="auto"/>
            </w:pP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DF2EB7B" w14:textId="77777777" w:rsidR="00351177" w:rsidRDefault="00351177">
            <w:pPr>
              <w:spacing w:after="0" w:line="252" w:lineRule="auto"/>
            </w:pP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B409457" w14:textId="77777777" w:rsidR="00351177" w:rsidRDefault="00351177">
            <w:pPr>
              <w:spacing w:after="0" w:line="252" w:lineRule="auto"/>
            </w:pPr>
          </w:p>
        </w:tc>
        <w:tc>
          <w:tcPr>
            <w:tcW w:w="198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787B275" w14:textId="77777777" w:rsidR="00351177" w:rsidRDefault="00351177">
            <w:pPr>
              <w:spacing w:after="0" w:line="252" w:lineRule="auto"/>
            </w:pPr>
          </w:p>
        </w:tc>
      </w:tr>
      <w:tr w:rsidR="00351177" w14:paraId="79BD6373" w14:textId="77777777">
        <w:trPr>
          <w:cantSplit/>
          <w:trHeight w:val="539"/>
          <w:jc w:val="center"/>
        </w:trPr>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072FD4F" w14:textId="77777777" w:rsidR="00351177" w:rsidRDefault="00351177">
            <w:pPr>
              <w:spacing w:after="0" w:line="252" w:lineRule="auto"/>
            </w:pPr>
          </w:p>
        </w:tc>
        <w:tc>
          <w:tcPr>
            <w:tcW w:w="153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66C9EA2" w14:textId="77777777" w:rsidR="00351177" w:rsidRDefault="00351177">
            <w:pPr>
              <w:spacing w:after="0" w:line="252" w:lineRule="auto"/>
            </w:pP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00E8C03" w14:textId="77777777" w:rsidR="00351177" w:rsidRDefault="00351177">
            <w:pPr>
              <w:spacing w:after="0" w:line="252" w:lineRule="auto"/>
            </w:pP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91E1CCA" w14:textId="77777777" w:rsidR="00351177" w:rsidRDefault="00351177">
            <w:pPr>
              <w:spacing w:after="0" w:line="252" w:lineRule="auto"/>
            </w:pPr>
          </w:p>
        </w:tc>
        <w:tc>
          <w:tcPr>
            <w:tcW w:w="198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3435915" w14:textId="77777777" w:rsidR="00351177" w:rsidRDefault="00351177">
            <w:pPr>
              <w:spacing w:after="0" w:line="252" w:lineRule="auto"/>
            </w:pPr>
          </w:p>
        </w:tc>
      </w:tr>
      <w:tr w:rsidR="00351177" w14:paraId="60D35155" w14:textId="77777777">
        <w:trPr>
          <w:cantSplit/>
          <w:trHeight w:val="539"/>
          <w:jc w:val="center"/>
        </w:trPr>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19D3779" w14:textId="77777777" w:rsidR="00351177" w:rsidRDefault="00351177">
            <w:pPr>
              <w:spacing w:after="0" w:line="252" w:lineRule="auto"/>
            </w:pPr>
          </w:p>
        </w:tc>
        <w:tc>
          <w:tcPr>
            <w:tcW w:w="153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766112C" w14:textId="77777777" w:rsidR="00351177" w:rsidRDefault="00351177">
            <w:pPr>
              <w:spacing w:after="0" w:line="252" w:lineRule="auto"/>
            </w:pP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1AD9455" w14:textId="77777777" w:rsidR="00351177" w:rsidRDefault="00351177">
            <w:pPr>
              <w:spacing w:after="0" w:line="252" w:lineRule="auto"/>
            </w:pP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B20686E" w14:textId="77777777" w:rsidR="00351177" w:rsidRDefault="00351177">
            <w:pPr>
              <w:spacing w:after="0" w:line="252" w:lineRule="auto"/>
            </w:pPr>
          </w:p>
        </w:tc>
        <w:tc>
          <w:tcPr>
            <w:tcW w:w="198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5531EDA" w14:textId="77777777" w:rsidR="00351177" w:rsidRDefault="00351177">
            <w:pPr>
              <w:spacing w:after="0" w:line="252" w:lineRule="auto"/>
            </w:pPr>
          </w:p>
        </w:tc>
      </w:tr>
      <w:tr w:rsidR="00351177" w14:paraId="464F5725" w14:textId="77777777">
        <w:trPr>
          <w:cantSplit/>
          <w:trHeight w:val="539"/>
          <w:jc w:val="center"/>
        </w:trPr>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5E4164D" w14:textId="77777777" w:rsidR="00351177" w:rsidRDefault="00351177">
            <w:pPr>
              <w:spacing w:after="0" w:line="252" w:lineRule="auto"/>
            </w:pPr>
          </w:p>
        </w:tc>
        <w:tc>
          <w:tcPr>
            <w:tcW w:w="153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A385B72" w14:textId="77777777" w:rsidR="00351177" w:rsidRDefault="00351177">
            <w:pPr>
              <w:spacing w:after="0" w:line="252" w:lineRule="auto"/>
            </w:pP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F18E53B" w14:textId="77777777" w:rsidR="00351177" w:rsidRDefault="00351177">
            <w:pPr>
              <w:spacing w:after="0" w:line="252" w:lineRule="auto"/>
            </w:pP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91EC07C" w14:textId="77777777" w:rsidR="00351177" w:rsidRDefault="00351177">
            <w:pPr>
              <w:spacing w:after="0" w:line="252" w:lineRule="auto"/>
            </w:pPr>
          </w:p>
        </w:tc>
        <w:tc>
          <w:tcPr>
            <w:tcW w:w="198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BCB036D" w14:textId="77777777" w:rsidR="00351177" w:rsidRDefault="00351177">
            <w:pPr>
              <w:spacing w:after="0" w:line="252" w:lineRule="auto"/>
            </w:pPr>
          </w:p>
        </w:tc>
      </w:tr>
      <w:tr w:rsidR="00351177" w14:paraId="020F4BA2" w14:textId="77777777">
        <w:trPr>
          <w:cantSplit/>
          <w:trHeight w:val="539"/>
          <w:jc w:val="center"/>
        </w:trPr>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CCF0B84" w14:textId="77777777" w:rsidR="00351177" w:rsidRDefault="00351177">
            <w:pPr>
              <w:spacing w:after="0" w:line="252" w:lineRule="auto"/>
            </w:pPr>
          </w:p>
        </w:tc>
        <w:tc>
          <w:tcPr>
            <w:tcW w:w="153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DF9C86D" w14:textId="77777777" w:rsidR="00351177" w:rsidRDefault="00351177">
            <w:pPr>
              <w:spacing w:after="0" w:line="252" w:lineRule="auto"/>
            </w:pP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28AF901" w14:textId="77777777" w:rsidR="00351177" w:rsidRDefault="00351177">
            <w:pPr>
              <w:spacing w:after="0" w:line="252" w:lineRule="auto"/>
            </w:pPr>
          </w:p>
        </w:tc>
        <w:tc>
          <w:tcPr>
            <w:tcW w:w="226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87F7B6C" w14:textId="77777777" w:rsidR="00351177" w:rsidRDefault="00351177">
            <w:pPr>
              <w:spacing w:after="0" w:line="252" w:lineRule="auto"/>
            </w:pPr>
          </w:p>
        </w:tc>
        <w:tc>
          <w:tcPr>
            <w:tcW w:w="198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DAEB2D5" w14:textId="77777777" w:rsidR="00351177" w:rsidRDefault="00351177">
            <w:pPr>
              <w:spacing w:after="0" w:line="252" w:lineRule="auto"/>
            </w:pPr>
          </w:p>
        </w:tc>
      </w:tr>
    </w:tbl>
    <w:p w14:paraId="1FD52673" w14:textId="77777777" w:rsidR="00351177" w:rsidRDefault="00053A8E">
      <w:r>
        <w:br w:type="page"/>
      </w:r>
    </w:p>
    <w:tbl>
      <w:tblPr>
        <w:tblW w:w="0" w:type="auto"/>
        <w:jc w:val="center"/>
        <w:tblLayout w:type="fixed"/>
        <w:tblLook w:val="04A0" w:firstRow="1" w:lastRow="0" w:firstColumn="1" w:lastColumn="0" w:noHBand="0" w:noVBand="1"/>
      </w:tblPr>
      <w:tblGrid>
        <w:gridCol w:w="10200"/>
      </w:tblGrid>
      <w:tr w:rsidR="00351177" w14:paraId="1BED6E63"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4F30BDC8" w14:textId="77777777" w:rsidR="00351177" w:rsidRDefault="00053A8E">
            <w:pPr>
              <w:keepNext/>
              <w:spacing w:after="0" w:line="252" w:lineRule="auto"/>
            </w:pPr>
            <w:r>
              <w:rPr>
                <w:b/>
                <w:color w:val="FFFFFF"/>
                <w:sz w:val="21"/>
              </w:rPr>
              <w:lastRenderedPageBreak/>
              <w:t>7. NOTIFICATIONS AND ESCALATION</w:t>
            </w:r>
          </w:p>
        </w:tc>
      </w:tr>
    </w:tbl>
    <w:p w14:paraId="7EB07F70" w14:textId="77777777" w:rsidR="00351177" w:rsidRDefault="00351177">
      <w:pPr>
        <w:spacing w:after="40" w:line="252" w:lineRule="auto"/>
      </w:pPr>
    </w:p>
    <w:p w14:paraId="5415E3B9" w14:textId="77777777" w:rsidR="00351177" w:rsidRDefault="00053A8E">
      <w:pPr>
        <w:spacing w:line="252" w:lineRule="auto"/>
      </w:pPr>
      <w:r>
        <w:rPr>
          <w:color w:val="696969"/>
          <w:sz w:val="17"/>
        </w:rPr>
        <w:t>Record internal and external notifications made. Consider separately whether any police, emergency, client, insurer, regulatory or sector-specific reporting requirement applies.</w:t>
      </w:r>
    </w:p>
    <w:tbl>
      <w:tblPr>
        <w:tblW w:w="0" w:type="auto"/>
        <w:jc w:val="center"/>
        <w:tblLayout w:type="fixed"/>
        <w:tblLook w:val="04A0" w:firstRow="1" w:lastRow="0" w:firstColumn="1" w:lastColumn="0" w:noHBand="0" w:noVBand="1"/>
      </w:tblPr>
      <w:tblGrid>
        <w:gridCol w:w="2040"/>
        <w:gridCol w:w="2381"/>
        <w:gridCol w:w="2040"/>
        <w:gridCol w:w="2211"/>
        <w:gridCol w:w="2040"/>
      </w:tblGrid>
      <w:tr w:rsidR="00351177" w14:paraId="180B067E" w14:textId="77777777">
        <w:trPr>
          <w:tblHeader/>
          <w:jc w:val="center"/>
        </w:trPr>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66CE09BF" w14:textId="77777777" w:rsidR="00351177" w:rsidRDefault="00053A8E">
            <w:pPr>
              <w:spacing w:after="0" w:line="252" w:lineRule="auto"/>
            </w:pPr>
            <w:r>
              <w:rPr>
                <w:b/>
                <w:sz w:val="16"/>
              </w:rPr>
              <w:t>Date / time</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0958C08D" w14:textId="77777777" w:rsidR="00351177" w:rsidRDefault="00053A8E">
            <w:pPr>
              <w:spacing w:after="0" w:line="252" w:lineRule="auto"/>
            </w:pPr>
            <w:r>
              <w:rPr>
                <w:b/>
                <w:sz w:val="16"/>
              </w:rPr>
              <w:t>Person / organisation</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2CDFA4BC" w14:textId="77777777" w:rsidR="00351177" w:rsidRDefault="00053A8E">
            <w:pPr>
              <w:spacing w:after="0" w:line="252" w:lineRule="auto"/>
            </w:pPr>
            <w:r>
              <w:rPr>
                <w:b/>
                <w:sz w:val="16"/>
              </w:rPr>
              <w:t>Reason / type</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1ABF8D07" w14:textId="77777777" w:rsidR="00351177" w:rsidRDefault="00053A8E">
            <w:pPr>
              <w:spacing w:after="0" w:line="252" w:lineRule="auto"/>
            </w:pPr>
            <w:r>
              <w:rPr>
                <w:b/>
                <w:sz w:val="16"/>
              </w:rPr>
              <w:t>Action or reference</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4191F905" w14:textId="77777777" w:rsidR="00351177" w:rsidRDefault="00053A8E">
            <w:pPr>
              <w:spacing w:after="0" w:line="252" w:lineRule="auto"/>
            </w:pPr>
            <w:r>
              <w:rPr>
                <w:b/>
                <w:sz w:val="16"/>
              </w:rPr>
              <w:t>Completed by</w:t>
            </w:r>
          </w:p>
        </w:tc>
      </w:tr>
      <w:tr w:rsidR="00351177" w14:paraId="1647E58F" w14:textId="77777777">
        <w:trPr>
          <w:cantSplit/>
          <w:trHeight w:val="522"/>
          <w:jc w:val="center"/>
        </w:trPr>
        <w:tc>
          <w:tcPr>
            <w:tcW w:w="147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A04C2CC" w14:textId="77777777" w:rsidR="00351177" w:rsidRDefault="00053A8E">
            <w:pPr>
              <w:spacing w:after="0" w:line="252" w:lineRule="auto"/>
            </w:pPr>
            <w:r>
              <w:rPr>
                <w:i/>
                <w:color w:val="696969"/>
                <w:sz w:val="16"/>
              </w:rPr>
              <w:t>[HH:MM]</w:t>
            </w:r>
          </w:p>
        </w:tc>
        <w:tc>
          <w:tcPr>
            <w:tcW w:w="238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3B200B3" w14:textId="77777777" w:rsidR="00351177" w:rsidRDefault="00053A8E">
            <w:pPr>
              <w:spacing w:after="0" w:line="252" w:lineRule="auto"/>
            </w:pPr>
            <w:r>
              <w:rPr>
                <w:i/>
                <w:color w:val="696969"/>
                <w:sz w:val="16"/>
              </w:rPr>
              <w:t>[Name / organisation]</w:t>
            </w:r>
          </w:p>
        </w:tc>
        <w:tc>
          <w:tcPr>
            <w:tcW w:w="192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ED19EC7" w14:textId="77777777" w:rsidR="00351177" w:rsidRDefault="00053A8E">
            <w:pPr>
              <w:spacing w:after="0" w:line="252" w:lineRule="auto"/>
            </w:pPr>
            <w:r>
              <w:rPr>
                <w:i/>
                <w:color w:val="696969"/>
                <w:sz w:val="16"/>
              </w:rPr>
              <w:t>[Internal / police / client / regulator / other]</w:t>
            </w:r>
          </w:p>
        </w:tc>
        <w:tc>
          <w:tcPr>
            <w:tcW w:w="221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AC52AA2" w14:textId="77777777" w:rsidR="00351177" w:rsidRDefault="00053A8E">
            <w:pPr>
              <w:spacing w:after="0" w:line="252" w:lineRule="auto"/>
            </w:pPr>
            <w:r>
              <w:rPr>
                <w:i/>
                <w:color w:val="696969"/>
                <w:sz w:val="16"/>
              </w:rPr>
              <w:t>[Outcome or reference]</w:t>
            </w:r>
          </w:p>
        </w:tc>
        <w:tc>
          <w:tcPr>
            <w:tcW w:w="130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90169E3" w14:textId="77777777" w:rsidR="00351177" w:rsidRDefault="00053A8E">
            <w:pPr>
              <w:spacing w:after="0" w:line="252" w:lineRule="auto"/>
            </w:pPr>
            <w:r>
              <w:rPr>
                <w:i/>
                <w:color w:val="696969"/>
                <w:sz w:val="16"/>
              </w:rPr>
              <w:t>[Name / initials]</w:t>
            </w:r>
          </w:p>
        </w:tc>
      </w:tr>
      <w:tr w:rsidR="00351177" w14:paraId="4A29276F" w14:textId="77777777">
        <w:trPr>
          <w:cantSplit/>
          <w:trHeight w:val="522"/>
          <w:jc w:val="center"/>
        </w:trPr>
        <w:tc>
          <w:tcPr>
            <w:tcW w:w="147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F3E6C59" w14:textId="77777777" w:rsidR="00351177" w:rsidRDefault="00351177">
            <w:pPr>
              <w:spacing w:after="0" w:line="252" w:lineRule="auto"/>
            </w:pPr>
          </w:p>
        </w:tc>
        <w:tc>
          <w:tcPr>
            <w:tcW w:w="238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8CF8485" w14:textId="77777777" w:rsidR="00351177" w:rsidRDefault="00351177">
            <w:pPr>
              <w:spacing w:after="0" w:line="252" w:lineRule="auto"/>
            </w:pPr>
          </w:p>
        </w:tc>
        <w:tc>
          <w:tcPr>
            <w:tcW w:w="192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C1BDBA0" w14:textId="77777777" w:rsidR="00351177" w:rsidRDefault="00351177">
            <w:pPr>
              <w:spacing w:after="0" w:line="252" w:lineRule="auto"/>
            </w:pPr>
          </w:p>
        </w:tc>
        <w:tc>
          <w:tcPr>
            <w:tcW w:w="221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3C565F6" w14:textId="77777777" w:rsidR="00351177" w:rsidRDefault="00351177">
            <w:pPr>
              <w:spacing w:after="0" w:line="252" w:lineRule="auto"/>
            </w:pPr>
          </w:p>
        </w:tc>
        <w:tc>
          <w:tcPr>
            <w:tcW w:w="130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6E56A3B" w14:textId="77777777" w:rsidR="00351177" w:rsidRDefault="00351177">
            <w:pPr>
              <w:spacing w:after="0" w:line="252" w:lineRule="auto"/>
            </w:pPr>
          </w:p>
        </w:tc>
      </w:tr>
      <w:tr w:rsidR="00351177" w14:paraId="5814318C" w14:textId="77777777">
        <w:trPr>
          <w:cantSplit/>
          <w:trHeight w:val="522"/>
          <w:jc w:val="center"/>
        </w:trPr>
        <w:tc>
          <w:tcPr>
            <w:tcW w:w="147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7DAAA89" w14:textId="77777777" w:rsidR="00351177" w:rsidRDefault="00351177">
            <w:pPr>
              <w:spacing w:after="0" w:line="252" w:lineRule="auto"/>
            </w:pPr>
          </w:p>
        </w:tc>
        <w:tc>
          <w:tcPr>
            <w:tcW w:w="238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ACD221D" w14:textId="77777777" w:rsidR="00351177" w:rsidRDefault="00351177">
            <w:pPr>
              <w:spacing w:after="0" w:line="252" w:lineRule="auto"/>
            </w:pPr>
          </w:p>
        </w:tc>
        <w:tc>
          <w:tcPr>
            <w:tcW w:w="192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AA26BED" w14:textId="77777777" w:rsidR="00351177" w:rsidRDefault="00351177">
            <w:pPr>
              <w:spacing w:after="0" w:line="252" w:lineRule="auto"/>
            </w:pPr>
          </w:p>
        </w:tc>
        <w:tc>
          <w:tcPr>
            <w:tcW w:w="221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413688C" w14:textId="77777777" w:rsidR="00351177" w:rsidRDefault="00351177">
            <w:pPr>
              <w:spacing w:after="0" w:line="252" w:lineRule="auto"/>
            </w:pPr>
          </w:p>
        </w:tc>
        <w:tc>
          <w:tcPr>
            <w:tcW w:w="130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79E89AB" w14:textId="77777777" w:rsidR="00351177" w:rsidRDefault="00351177">
            <w:pPr>
              <w:spacing w:after="0" w:line="252" w:lineRule="auto"/>
            </w:pPr>
          </w:p>
        </w:tc>
      </w:tr>
      <w:tr w:rsidR="00351177" w14:paraId="6740B2B2" w14:textId="77777777">
        <w:trPr>
          <w:cantSplit/>
          <w:trHeight w:val="522"/>
          <w:jc w:val="center"/>
        </w:trPr>
        <w:tc>
          <w:tcPr>
            <w:tcW w:w="147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9BDAC31" w14:textId="77777777" w:rsidR="00351177" w:rsidRDefault="00351177">
            <w:pPr>
              <w:spacing w:after="0" w:line="252" w:lineRule="auto"/>
            </w:pPr>
          </w:p>
        </w:tc>
        <w:tc>
          <w:tcPr>
            <w:tcW w:w="238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C838F99" w14:textId="77777777" w:rsidR="00351177" w:rsidRDefault="00351177">
            <w:pPr>
              <w:spacing w:after="0" w:line="252" w:lineRule="auto"/>
            </w:pPr>
          </w:p>
        </w:tc>
        <w:tc>
          <w:tcPr>
            <w:tcW w:w="192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E28921B" w14:textId="77777777" w:rsidR="00351177" w:rsidRDefault="00351177">
            <w:pPr>
              <w:spacing w:after="0" w:line="252" w:lineRule="auto"/>
            </w:pPr>
          </w:p>
        </w:tc>
        <w:tc>
          <w:tcPr>
            <w:tcW w:w="221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57A187B" w14:textId="77777777" w:rsidR="00351177" w:rsidRDefault="00351177">
            <w:pPr>
              <w:spacing w:after="0" w:line="252" w:lineRule="auto"/>
            </w:pPr>
          </w:p>
        </w:tc>
        <w:tc>
          <w:tcPr>
            <w:tcW w:w="130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80A1E7E" w14:textId="77777777" w:rsidR="00351177" w:rsidRDefault="00351177">
            <w:pPr>
              <w:spacing w:after="0" w:line="252" w:lineRule="auto"/>
            </w:pPr>
          </w:p>
        </w:tc>
      </w:tr>
      <w:tr w:rsidR="00351177" w14:paraId="757E83CA" w14:textId="77777777">
        <w:trPr>
          <w:cantSplit/>
          <w:trHeight w:val="522"/>
          <w:jc w:val="center"/>
        </w:trPr>
        <w:tc>
          <w:tcPr>
            <w:tcW w:w="147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8143839" w14:textId="77777777" w:rsidR="00351177" w:rsidRDefault="00351177">
            <w:pPr>
              <w:spacing w:after="0" w:line="252" w:lineRule="auto"/>
            </w:pPr>
          </w:p>
        </w:tc>
        <w:tc>
          <w:tcPr>
            <w:tcW w:w="238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ABDA936" w14:textId="77777777" w:rsidR="00351177" w:rsidRDefault="00351177">
            <w:pPr>
              <w:spacing w:after="0" w:line="252" w:lineRule="auto"/>
            </w:pPr>
          </w:p>
        </w:tc>
        <w:tc>
          <w:tcPr>
            <w:tcW w:w="192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91179E5" w14:textId="77777777" w:rsidR="00351177" w:rsidRDefault="00351177">
            <w:pPr>
              <w:spacing w:after="0" w:line="252" w:lineRule="auto"/>
            </w:pPr>
          </w:p>
        </w:tc>
        <w:tc>
          <w:tcPr>
            <w:tcW w:w="221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E7E3B02" w14:textId="77777777" w:rsidR="00351177" w:rsidRDefault="00351177">
            <w:pPr>
              <w:spacing w:after="0" w:line="252" w:lineRule="auto"/>
            </w:pPr>
          </w:p>
        </w:tc>
        <w:tc>
          <w:tcPr>
            <w:tcW w:w="130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BAA7606" w14:textId="77777777" w:rsidR="00351177" w:rsidRDefault="00351177">
            <w:pPr>
              <w:spacing w:after="0" w:line="252" w:lineRule="auto"/>
            </w:pPr>
          </w:p>
        </w:tc>
      </w:tr>
      <w:tr w:rsidR="00351177" w14:paraId="53CED0AC" w14:textId="77777777">
        <w:trPr>
          <w:cantSplit/>
          <w:trHeight w:val="522"/>
          <w:jc w:val="center"/>
        </w:trPr>
        <w:tc>
          <w:tcPr>
            <w:tcW w:w="147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192E4C1" w14:textId="77777777" w:rsidR="00351177" w:rsidRDefault="00351177">
            <w:pPr>
              <w:spacing w:after="0" w:line="252" w:lineRule="auto"/>
            </w:pPr>
          </w:p>
        </w:tc>
        <w:tc>
          <w:tcPr>
            <w:tcW w:w="238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B5E8A11" w14:textId="77777777" w:rsidR="00351177" w:rsidRDefault="00351177">
            <w:pPr>
              <w:spacing w:after="0" w:line="252" w:lineRule="auto"/>
            </w:pPr>
          </w:p>
        </w:tc>
        <w:tc>
          <w:tcPr>
            <w:tcW w:w="1928"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4E392BC" w14:textId="77777777" w:rsidR="00351177" w:rsidRDefault="00351177">
            <w:pPr>
              <w:spacing w:after="0" w:line="252" w:lineRule="auto"/>
            </w:pPr>
          </w:p>
        </w:tc>
        <w:tc>
          <w:tcPr>
            <w:tcW w:w="221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980E0A2" w14:textId="77777777" w:rsidR="00351177" w:rsidRDefault="00351177">
            <w:pPr>
              <w:spacing w:after="0" w:line="252" w:lineRule="auto"/>
            </w:pPr>
          </w:p>
        </w:tc>
        <w:tc>
          <w:tcPr>
            <w:tcW w:w="130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0367261" w14:textId="77777777" w:rsidR="00351177" w:rsidRDefault="00351177">
            <w:pPr>
              <w:spacing w:after="0" w:line="252" w:lineRule="auto"/>
            </w:pPr>
          </w:p>
        </w:tc>
      </w:tr>
    </w:tbl>
    <w:p w14:paraId="402843BB" w14:textId="77777777" w:rsidR="00351177" w:rsidRDefault="00351177">
      <w:pPr>
        <w:spacing w:after="60" w:line="252" w:lineRule="auto"/>
      </w:pPr>
    </w:p>
    <w:tbl>
      <w:tblPr>
        <w:tblW w:w="0" w:type="auto"/>
        <w:jc w:val="center"/>
        <w:tblLayout w:type="fixed"/>
        <w:tblLook w:val="04A0" w:firstRow="1" w:lastRow="0" w:firstColumn="1" w:lastColumn="0" w:noHBand="0" w:noVBand="1"/>
      </w:tblPr>
      <w:tblGrid>
        <w:gridCol w:w="10200"/>
      </w:tblGrid>
      <w:tr w:rsidR="00351177" w14:paraId="1F39E6BA"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63BB3054" w14:textId="77777777" w:rsidR="00351177" w:rsidRDefault="00053A8E">
            <w:pPr>
              <w:keepNext/>
              <w:spacing w:after="0" w:line="252" w:lineRule="auto"/>
            </w:pPr>
            <w:r>
              <w:rPr>
                <w:b/>
                <w:color w:val="FFFFFF"/>
                <w:sz w:val="21"/>
              </w:rPr>
              <w:t>8. OUTSTANDING QUESTIONS / UNKNOWNS</w:t>
            </w:r>
          </w:p>
        </w:tc>
      </w:tr>
    </w:tbl>
    <w:p w14:paraId="0B5529BE" w14:textId="77777777" w:rsidR="00351177" w:rsidRDefault="00351177">
      <w:pPr>
        <w:spacing w:after="40" w:line="252" w:lineRule="auto"/>
      </w:pPr>
    </w:p>
    <w:p w14:paraId="5D2F0C07" w14:textId="77777777" w:rsidR="00351177" w:rsidRDefault="00053A8E">
      <w:pPr>
        <w:spacing w:line="252" w:lineRule="auto"/>
      </w:pPr>
      <w:r>
        <w:rPr>
          <w:color w:val="696969"/>
          <w:sz w:val="17"/>
        </w:rPr>
        <w:t>Do not fill gaps with assumptions. Record material questions that remain unanswered and who, if anyone, is responsible for checking them.</w:t>
      </w:r>
    </w:p>
    <w:tbl>
      <w:tblPr>
        <w:tblW w:w="0" w:type="auto"/>
        <w:jc w:val="center"/>
        <w:tblLayout w:type="fixed"/>
        <w:tblLook w:val="04A0" w:firstRow="1" w:lastRow="0" w:firstColumn="1" w:lastColumn="0" w:noHBand="0" w:noVBand="1"/>
      </w:tblPr>
      <w:tblGrid>
        <w:gridCol w:w="4592"/>
        <w:gridCol w:w="2550"/>
        <w:gridCol w:w="2550"/>
        <w:gridCol w:w="2550"/>
      </w:tblGrid>
      <w:tr w:rsidR="00351177" w14:paraId="72A01455" w14:textId="77777777">
        <w:trPr>
          <w:tblHeader/>
          <w:jc w:val="center"/>
        </w:trPr>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70ED569C" w14:textId="77777777" w:rsidR="00351177" w:rsidRDefault="00053A8E">
            <w:pPr>
              <w:spacing w:after="0" w:line="252" w:lineRule="auto"/>
            </w:pPr>
            <w:r>
              <w:rPr>
                <w:b/>
                <w:sz w:val="16"/>
              </w:rPr>
              <w:t>Question / unknown</w:t>
            </w:r>
          </w:p>
        </w:tc>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5C20985B" w14:textId="77777777" w:rsidR="00351177" w:rsidRDefault="00053A8E">
            <w:pPr>
              <w:spacing w:after="0" w:line="252" w:lineRule="auto"/>
            </w:pPr>
            <w:r>
              <w:rPr>
                <w:b/>
                <w:sz w:val="16"/>
              </w:rPr>
              <w:t>Owner</w:t>
            </w:r>
          </w:p>
        </w:tc>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6981B44C" w14:textId="77777777" w:rsidR="00351177" w:rsidRDefault="00053A8E">
            <w:pPr>
              <w:spacing w:after="0" w:line="252" w:lineRule="auto"/>
            </w:pPr>
            <w:r>
              <w:rPr>
                <w:b/>
                <w:sz w:val="16"/>
              </w:rPr>
              <w:t>Target date</w:t>
            </w:r>
          </w:p>
        </w:tc>
        <w:tc>
          <w:tcPr>
            <w:tcW w:w="255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2FEEAE43" w14:textId="77777777" w:rsidR="00351177" w:rsidRDefault="00053A8E">
            <w:pPr>
              <w:spacing w:after="0" w:line="252" w:lineRule="auto"/>
            </w:pPr>
            <w:r>
              <w:rPr>
                <w:b/>
                <w:sz w:val="16"/>
              </w:rPr>
              <w:t>Status / outcome</w:t>
            </w:r>
          </w:p>
        </w:tc>
      </w:tr>
      <w:tr w:rsidR="00351177" w14:paraId="7C5C0F2F"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238F279" w14:textId="77777777" w:rsidR="00351177" w:rsidRDefault="00053A8E">
            <w:pPr>
              <w:spacing w:after="0" w:line="252" w:lineRule="auto"/>
            </w:pPr>
            <w:r>
              <w:rPr>
                <w:i/>
                <w:color w:val="696969"/>
                <w:sz w:val="16"/>
              </w:rPr>
              <w:t>[What has not yet been established?]</w:t>
            </w: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DBACD85" w14:textId="77777777" w:rsidR="00351177" w:rsidRDefault="00053A8E">
            <w:pPr>
              <w:spacing w:after="0" w:line="252" w:lineRule="auto"/>
            </w:pPr>
            <w:r>
              <w:rPr>
                <w:i/>
                <w:color w:val="696969"/>
                <w:sz w:val="16"/>
              </w:rPr>
              <w:t>[Owner, if applicable]</w:t>
            </w: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26B3EAF" w14:textId="77777777" w:rsidR="00351177" w:rsidRDefault="00053A8E">
            <w:pPr>
              <w:spacing w:after="0" w:line="252" w:lineRule="auto"/>
            </w:pPr>
            <w:r>
              <w:rPr>
                <w:i/>
                <w:color w:val="696969"/>
                <w:sz w:val="16"/>
              </w:rPr>
              <w:t>[Date]</w:t>
            </w: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750A879" w14:textId="77777777" w:rsidR="00351177" w:rsidRDefault="00053A8E">
            <w:pPr>
              <w:spacing w:after="0" w:line="252" w:lineRule="auto"/>
            </w:pPr>
            <w:r>
              <w:rPr>
                <w:i/>
                <w:color w:val="696969"/>
                <w:sz w:val="16"/>
              </w:rPr>
              <w:t>[Open / resolved / not pursued + reason]</w:t>
            </w:r>
          </w:p>
        </w:tc>
      </w:tr>
      <w:tr w:rsidR="00351177" w14:paraId="63940CF0"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2BF671F"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3E40394" w14:textId="77777777" w:rsidR="00351177" w:rsidRDefault="00351177">
            <w:pPr>
              <w:spacing w:after="0" w:line="252" w:lineRule="auto"/>
            </w:pP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D6A0D39" w14:textId="77777777" w:rsidR="00351177" w:rsidRDefault="00351177">
            <w:pPr>
              <w:spacing w:after="0" w:line="252" w:lineRule="auto"/>
            </w:pP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88A0FFB" w14:textId="77777777" w:rsidR="00351177" w:rsidRDefault="00351177">
            <w:pPr>
              <w:spacing w:after="0" w:line="252" w:lineRule="auto"/>
            </w:pPr>
          </w:p>
        </w:tc>
      </w:tr>
      <w:tr w:rsidR="00351177" w14:paraId="1402A67C"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1C13DA9"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D675A82" w14:textId="77777777" w:rsidR="00351177" w:rsidRDefault="00351177">
            <w:pPr>
              <w:spacing w:after="0" w:line="252" w:lineRule="auto"/>
            </w:pP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107E618" w14:textId="77777777" w:rsidR="00351177" w:rsidRDefault="00351177">
            <w:pPr>
              <w:spacing w:after="0" w:line="252" w:lineRule="auto"/>
            </w:pP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71321C0" w14:textId="77777777" w:rsidR="00351177" w:rsidRDefault="00351177">
            <w:pPr>
              <w:spacing w:after="0" w:line="252" w:lineRule="auto"/>
            </w:pPr>
          </w:p>
        </w:tc>
      </w:tr>
      <w:tr w:rsidR="00351177" w14:paraId="69225072"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4B98D75"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D749401" w14:textId="77777777" w:rsidR="00351177" w:rsidRDefault="00351177">
            <w:pPr>
              <w:spacing w:after="0" w:line="252" w:lineRule="auto"/>
            </w:pP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C5E9D51" w14:textId="77777777" w:rsidR="00351177" w:rsidRDefault="00351177">
            <w:pPr>
              <w:spacing w:after="0" w:line="252" w:lineRule="auto"/>
            </w:pP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4C5F3AE" w14:textId="77777777" w:rsidR="00351177" w:rsidRDefault="00351177">
            <w:pPr>
              <w:spacing w:after="0" w:line="252" w:lineRule="auto"/>
            </w:pPr>
          </w:p>
        </w:tc>
      </w:tr>
      <w:tr w:rsidR="00351177" w14:paraId="3ABF4D31"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4751787"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B148861" w14:textId="77777777" w:rsidR="00351177" w:rsidRDefault="00351177">
            <w:pPr>
              <w:spacing w:after="0" w:line="252" w:lineRule="auto"/>
            </w:pP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DC0F87B" w14:textId="77777777" w:rsidR="00351177" w:rsidRDefault="00351177">
            <w:pPr>
              <w:spacing w:after="0" w:line="252" w:lineRule="auto"/>
            </w:pP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F0981A4" w14:textId="77777777" w:rsidR="00351177" w:rsidRDefault="00351177">
            <w:pPr>
              <w:spacing w:after="0" w:line="252" w:lineRule="auto"/>
            </w:pPr>
          </w:p>
        </w:tc>
      </w:tr>
      <w:tr w:rsidR="00351177" w14:paraId="719C1999"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80117C2"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CF947D7" w14:textId="77777777" w:rsidR="00351177" w:rsidRDefault="00351177">
            <w:pPr>
              <w:spacing w:after="0" w:line="252" w:lineRule="auto"/>
            </w:pP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245DF31" w14:textId="77777777" w:rsidR="00351177" w:rsidRDefault="00351177">
            <w:pPr>
              <w:spacing w:after="0" w:line="252" w:lineRule="auto"/>
            </w:pP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D903DB6" w14:textId="77777777" w:rsidR="00351177" w:rsidRDefault="00351177">
            <w:pPr>
              <w:spacing w:after="0" w:line="252" w:lineRule="auto"/>
            </w:pPr>
          </w:p>
        </w:tc>
      </w:tr>
      <w:tr w:rsidR="00351177" w14:paraId="6648DF5B" w14:textId="77777777">
        <w:trPr>
          <w:cantSplit/>
          <w:trHeight w:val="539"/>
          <w:jc w:val="center"/>
        </w:trPr>
        <w:tc>
          <w:tcPr>
            <w:tcW w:w="459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C8F026A"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55C4B7C" w14:textId="77777777" w:rsidR="00351177" w:rsidRDefault="00351177">
            <w:pPr>
              <w:spacing w:after="0" w:line="252" w:lineRule="auto"/>
            </w:pPr>
          </w:p>
        </w:tc>
        <w:tc>
          <w:tcPr>
            <w:tcW w:w="136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0C8CFFB" w14:textId="77777777" w:rsidR="00351177" w:rsidRDefault="00351177">
            <w:pPr>
              <w:spacing w:after="0" w:line="252" w:lineRule="auto"/>
            </w:pPr>
          </w:p>
        </w:tc>
        <w:tc>
          <w:tcPr>
            <w:tcW w:w="164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2DF944B" w14:textId="77777777" w:rsidR="00351177" w:rsidRDefault="00351177">
            <w:pPr>
              <w:spacing w:after="0" w:line="252" w:lineRule="auto"/>
            </w:pPr>
          </w:p>
        </w:tc>
      </w:tr>
    </w:tbl>
    <w:p w14:paraId="14AD854C" w14:textId="77777777" w:rsidR="00351177" w:rsidRDefault="00351177">
      <w:pPr>
        <w:spacing w:after="60" w:line="252" w:lineRule="auto"/>
      </w:pPr>
    </w:p>
    <w:p w14:paraId="5FDF62EA" w14:textId="77777777" w:rsidR="00351177" w:rsidRDefault="00053A8E">
      <w:r>
        <w:br w:type="page"/>
      </w:r>
    </w:p>
    <w:tbl>
      <w:tblPr>
        <w:tblW w:w="0" w:type="auto"/>
        <w:jc w:val="center"/>
        <w:tblLayout w:type="fixed"/>
        <w:tblLook w:val="04A0" w:firstRow="1" w:lastRow="0" w:firstColumn="1" w:lastColumn="0" w:noHBand="0" w:noVBand="1"/>
      </w:tblPr>
      <w:tblGrid>
        <w:gridCol w:w="10200"/>
      </w:tblGrid>
      <w:tr w:rsidR="00351177" w14:paraId="6984F9B0"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17E28E97" w14:textId="77777777" w:rsidR="00351177" w:rsidRDefault="00053A8E">
            <w:pPr>
              <w:keepNext/>
              <w:spacing w:after="0" w:line="252" w:lineRule="auto"/>
            </w:pPr>
            <w:r>
              <w:rPr>
                <w:b/>
                <w:color w:val="FFFFFF"/>
                <w:sz w:val="21"/>
              </w:rPr>
              <w:lastRenderedPageBreak/>
              <w:t>9. FOLLOW-UP ACTIONS</w:t>
            </w:r>
          </w:p>
        </w:tc>
      </w:tr>
    </w:tbl>
    <w:p w14:paraId="2D6BD60A" w14:textId="77777777" w:rsidR="00351177" w:rsidRDefault="00351177">
      <w:pPr>
        <w:spacing w:after="40" w:line="252" w:lineRule="auto"/>
      </w:pPr>
    </w:p>
    <w:tbl>
      <w:tblPr>
        <w:tblW w:w="0" w:type="auto"/>
        <w:jc w:val="center"/>
        <w:tblLayout w:type="fixed"/>
        <w:tblLook w:val="04A0" w:firstRow="1" w:lastRow="0" w:firstColumn="1" w:lastColumn="0" w:noHBand="0" w:noVBand="1"/>
      </w:tblPr>
      <w:tblGrid>
        <w:gridCol w:w="3402"/>
        <w:gridCol w:w="2040"/>
        <w:gridCol w:w="2040"/>
        <w:gridCol w:w="2040"/>
        <w:gridCol w:w="2040"/>
      </w:tblGrid>
      <w:tr w:rsidR="00351177" w14:paraId="6AF2A6A4" w14:textId="77777777">
        <w:trPr>
          <w:tblHeader/>
          <w:jc w:val="center"/>
        </w:trPr>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1CFF1633" w14:textId="77777777" w:rsidR="00351177" w:rsidRDefault="00053A8E">
            <w:pPr>
              <w:spacing w:after="0" w:line="252" w:lineRule="auto"/>
            </w:pPr>
            <w:r>
              <w:rPr>
                <w:b/>
                <w:sz w:val="16"/>
              </w:rPr>
              <w:t>Action</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010370D5" w14:textId="77777777" w:rsidR="00351177" w:rsidRDefault="00053A8E">
            <w:pPr>
              <w:spacing w:after="0" w:line="252" w:lineRule="auto"/>
            </w:pPr>
            <w:r>
              <w:rPr>
                <w:b/>
                <w:sz w:val="16"/>
              </w:rPr>
              <w:t>Owner</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7C0C47BC" w14:textId="77777777" w:rsidR="00351177" w:rsidRDefault="00053A8E">
            <w:pPr>
              <w:spacing w:after="0" w:line="252" w:lineRule="auto"/>
            </w:pPr>
            <w:r>
              <w:rPr>
                <w:b/>
                <w:sz w:val="16"/>
              </w:rPr>
              <w:t>Due date</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7E28E584" w14:textId="77777777" w:rsidR="00351177" w:rsidRDefault="00053A8E">
            <w:pPr>
              <w:spacing w:after="0" w:line="252" w:lineRule="auto"/>
            </w:pPr>
            <w:r>
              <w:rPr>
                <w:b/>
                <w:sz w:val="16"/>
              </w:rPr>
              <w:t>Status</w:t>
            </w:r>
          </w:p>
        </w:tc>
        <w:tc>
          <w:tcPr>
            <w:tcW w:w="2040" w:type="dxa"/>
            <w:tcBorders>
              <w:top w:val="single" w:sz="6" w:space="0" w:color="C8C8C8"/>
              <w:left w:val="single" w:sz="6" w:space="0" w:color="C8C8C8"/>
              <w:bottom w:val="single" w:sz="6" w:space="0" w:color="C8C8C8"/>
              <w:right w:val="single" w:sz="6" w:space="0" w:color="C8C8C8"/>
            </w:tcBorders>
            <w:shd w:val="clear" w:color="auto" w:fill="F2F2F2"/>
            <w:tcMar>
              <w:top w:w="75" w:type="dxa"/>
              <w:left w:w="85" w:type="dxa"/>
              <w:bottom w:w="75" w:type="dxa"/>
              <w:right w:w="85" w:type="dxa"/>
            </w:tcMar>
          </w:tcPr>
          <w:p w14:paraId="01F9E5D4" w14:textId="77777777" w:rsidR="00351177" w:rsidRDefault="00053A8E">
            <w:pPr>
              <w:spacing w:after="0" w:line="252" w:lineRule="auto"/>
            </w:pPr>
            <w:r>
              <w:rPr>
                <w:b/>
                <w:sz w:val="16"/>
              </w:rPr>
              <w:t>Outcome / evidence</w:t>
            </w:r>
          </w:p>
        </w:tc>
      </w:tr>
      <w:tr w:rsidR="00351177" w14:paraId="78DF55D5"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9EFDD5C" w14:textId="77777777" w:rsidR="00351177" w:rsidRDefault="00053A8E">
            <w:pPr>
              <w:spacing w:after="0" w:line="252" w:lineRule="auto"/>
            </w:pPr>
            <w:r>
              <w:rPr>
                <w:i/>
                <w:color w:val="696969"/>
                <w:sz w:val="16"/>
              </w:rPr>
              <w:t>[Specific action]</w:t>
            </w: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20C060A" w14:textId="77777777" w:rsidR="00351177" w:rsidRDefault="00053A8E">
            <w:pPr>
              <w:spacing w:after="0" w:line="252" w:lineRule="auto"/>
            </w:pPr>
            <w:r>
              <w:rPr>
                <w:i/>
                <w:color w:val="696969"/>
                <w:sz w:val="16"/>
              </w:rPr>
              <w:t>[Named owner]</w:t>
            </w: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2506B9A" w14:textId="77777777" w:rsidR="00351177" w:rsidRDefault="00053A8E">
            <w:pPr>
              <w:spacing w:after="0" w:line="252" w:lineRule="auto"/>
            </w:pPr>
            <w:r>
              <w:rPr>
                <w:i/>
                <w:color w:val="696969"/>
                <w:sz w:val="16"/>
              </w:rPr>
              <w:t>[Date]</w:t>
            </w: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23CAEBF" w14:textId="77777777" w:rsidR="00351177" w:rsidRDefault="00053A8E">
            <w:pPr>
              <w:spacing w:after="0" w:line="252" w:lineRule="auto"/>
            </w:pPr>
            <w:r>
              <w:rPr>
                <w:i/>
                <w:color w:val="696969"/>
                <w:sz w:val="16"/>
              </w:rPr>
              <w:t>[Open / in progress / complete]</w:t>
            </w: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D08778D" w14:textId="77777777" w:rsidR="00351177" w:rsidRDefault="00053A8E">
            <w:pPr>
              <w:spacing w:after="0" w:line="252" w:lineRule="auto"/>
            </w:pPr>
            <w:r>
              <w:rPr>
                <w:i/>
                <w:color w:val="696969"/>
                <w:sz w:val="16"/>
              </w:rPr>
              <w:t>[Evidence of completion or outcome]</w:t>
            </w:r>
          </w:p>
        </w:tc>
      </w:tr>
      <w:tr w:rsidR="00351177" w14:paraId="5F7DA4F1"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AECB5A8" w14:textId="77777777" w:rsidR="00351177" w:rsidRDefault="00351177">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601A973" w14:textId="77777777" w:rsidR="00351177" w:rsidRDefault="00351177">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8CE7C31" w14:textId="77777777" w:rsidR="00351177" w:rsidRDefault="00351177">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47F2E5B"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E2228A2" w14:textId="77777777" w:rsidR="00351177" w:rsidRDefault="00351177">
            <w:pPr>
              <w:spacing w:after="0" w:line="252" w:lineRule="auto"/>
            </w:pPr>
          </w:p>
        </w:tc>
      </w:tr>
      <w:tr w:rsidR="00351177" w14:paraId="415C1A03"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22DA670" w14:textId="77777777" w:rsidR="00351177" w:rsidRDefault="00351177">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C56FE50" w14:textId="77777777" w:rsidR="00351177" w:rsidRDefault="00351177">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06724FF" w14:textId="77777777" w:rsidR="00351177" w:rsidRDefault="00351177">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0030D9F"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02E756F" w14:textId="77777777" w:rsidR="00351177" w:rsidRDefault="00351177">
            <w:pPr>
              <w:spacing w:after="0" w:line="252" w:lineRule="auto"/>
            </w:pPr>
          </w:p>
        </w:tc>
      </w:tr>
      <w:tr w:rsidR="00351177" w14:paraId="6487DCD0"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55EB425" w14:textId="77777777" w:rsidR="00351177" w:rsidRDefault="00351177">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D3194C2" w14:textId="77777777" w:rsidR="00351177" w:rsidRDefault="00351177">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2249B7D" w14:textId="77777777" w:rsidR="00351177" w:rsidRDefault="00351177">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16DC90D"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BC6CBDF" w14:textId="77777777" w:rsidR="00351177" w:rsidRDefault="00351177">
            <w:pPr>
              <w:spacing w:after="0" w:line="252" w:lineRule="auto"/>
            </w:pPr>
          </w:p>
        </w:tc>
      </w:tr>
      <w:tr w:rsidR="00351177" w14:paraId="3B437810"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B2EF73F" w14:textId="77777777" w:rsidR="00351177" w:rsidRDefault="00351177">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3D00400" w14:textId="77777777" w:rsidR="00351177" w:rsidRDefault="00351177">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3E366538" w14:textId="77777777" w:rsidR="00351177" w:rsidRDefault="00351177">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7D5DA6D"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2297391" w14:textId="77777777" w:rsidR="00351177" w:rsidRDefault="00351177">
            <w:pPr>
              <w:spacing w:after="0" w:line="252" w:lineRule="auto"/>
            </w:pPr>
          </w:p>
        </w:tc>
      </w:tr>
      <w:tr w:rsidR="00351177" w14:paraId="193832FD"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661D75B" w14:textId="77777777" w:rsidR="00351177" w:rsidRDefault="00351177">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28F73DC" w14:textId="77777777" w:rsidR="00351177" w:rsidRDefault="00351177">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45C826F" w14:textId="77777777" w:rsidR="00351177" w:rsidRDefault="00351177">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C04A90E"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9D63190" w14:textId="77777777" w:rsidR="00351177" w:rsidRDefault="00351177">
            <w:pPr>
              <w:spacing w:after="0" w:line="252" w:lineRule="auto"/>
            </w:pPr>
          </w:p>
        </w:tc>
      </w:tr>
      <w:tr w:rsidR="00351177" w14:paraId="39D36DF6"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C08C6F0" w14:textId="77777777" w:rsidR="00351177" w:rsidRDefault="00351177">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7C4B36A" w14:textId="77777777" w:rsidR="00351177" w:rsidRDefault="00351177">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023B542" w14:textId="77777777" w:rsidR="00351177" w:rsidRDefault="00351177">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4ED9752"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9D2DF75" w14:textId="77777777" w:rsidR="00351177" w:rsidRDefault="00351177">
            <w:pPr>
              <w:spacing w:after="0" w:line="252" w:lineRule="auto"/>
            </w:pPr>
          </w:p>
        </w:tc>
      </w:tr>
      <w:tr w:rsidR="00351177" w14:paraId="24D9BFAE"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F2E43C4" w14:textId="77777777" w:rsidR="00351177" w:rsidRDefault="00351177">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2CEAA865" w14:textId="77777777" w:rsidR="00351177" w:rsidRDefault="00351177">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414AFDA3" w14:textId="77777777" w:rsidR="00351177" w:rsidRDefault="00351177">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4F132F9"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43D75B6" w14:textId="77777777" w:rsidR="00351177" w:rsidRDefault="00351177">
            <w:pPr>
              <w:spacing w:after="0" w:line="252" w:lineRule="auto"/>
            </w:pPr>
          </w:p>
        </w:tc>
      </w:tr>
      <w:tr w:rsidR="00351177" w14:paraId="6EEC7A5B"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09B33A7" w14:textId="77777777" w:rsidR="00351177" w:rsidRDefault="00351177">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6D196568" w14:textId="77777777" w:rsidR="00351177" w:rsidRDefault="00351177">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2543B86" w14:textId="77777777" w:rsidR="00351177" w:rsidRDefault="00351177">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47C3727"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C5CCB34" w14:textId="77777777" w:rsidR="00351177" w:rsidRDefault="00351177">
            <w:pPr>
              <w:spacing w:after="0" w:line="252" w:lineRule="auto"/>
            </w:pPr>
          </w:p>
        </w:tc>
      </w:tr>
      <w:tr w:rsidR="00351177" w14:paraId="37CAE269" w14:textId="77777777">
        <w:trPr>
          <w:cantSplit/>
          <w:trHeight w:val="510"/>
          <w:jc w:val="center"/>
        </w:trPr>
        <w:tc>
          <w:tcPr>
            <w:tcW w:w="3402"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11EE78E" w14:textId="77777777" w:rsidR="00351177" w:rsidRDefault="00351177">
            <w:pPr>
              <w:spacing w:after="0" w:line="252" w:lineRule="auto"/>
            </w:pPr>
          </w:p>
        </w:tc>
        <w:tc>
          <w:tcPr>
            <w:tcW w:w="181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19A5D4AE" w14:textId="77777777" w:rsidR="00351177" w:rsidRDefault="00351177">
            <w:pPr>
              <w:spacing w:after="0" w:line="252" w:lineRule="auto"/>
            </w:pPr>
          </w:p>
        </w:tc>
        <w:tc>
          <w:tcPr>
            <w:tcW w:w="1247"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09DCE37E" w14:textId="77777777" w:rsidR="00351177" w:rsidRDefault="00351177">
            <w:pPr>
              <w:spacing w:after="0" w:line="252" w:lineRule="auto"/>
            </w:pPr>
          </w:p>
        </w:tc>
        <w:tc>
          <w:tcPr>
            <w:tcW w:w="1134"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7A10144D" w14:textId="77777777" w:rsidR="00351177" w:rsidRDefault="00351177">
            <w:pPr>
              <w:spacing w:after="0" w:line="252" w:lineRule="auto"/>
            </w:pPr>
          </w:p>
        </w:tc>
        <w:tc>
          <w:tcPr>
            <w:tcW w:w="1701" w:type="dxa"/>
            <w:tcBorders>
              <w:top w:val="single" w:sz="6" w:space="0" w:color="C8C8C8"/>
              <w:left w:val="single" w:sz="6" w:space="0" w:color="C8C8C8"/>
              <w:bottom w:val="single" w:sz="6" w:space="0" w:color="C8C8C8"/>
              <w:right w:val="single" w:sz="6" w:space="0" w:color="C8C8C8"/>
            </w:tcBorders>
            <w:tcMar>
              <w:top w:w="65" w:type="dxa"/>
              <w:left w:w="80" w:type="dxa"/>
              <w:bottom w:w="65" w:type="dxa"/>
              <w:right w:w="80" w:type="dxa"/>
            </w:tcMar>
          </w:tcPr>
          <w:p w14:paraId="55E7C705" w14:textId="77777777" w:rsidR="00351177" w:rsidRDefault="00351177">
            <w:pPr>
              <w:spacing w:after="0" w:line="252" w:lineRule="auto"/>
            </w:pPr>
          </w:p>
        </w:tc>
      </w:tr>
    </w:tbl>
    <w:p w14:paraId="7D5C9694" w14:textId="77777777" w:rsidR="00351177" w:rsidRDefault="00053A8E">
      <w:r>
        <w:br w:type="page"/>
      </w:r>
    </w:p>
    <w:tbl>
      <w:tblPr>
        <w:tblW w:w="0" w:type="auto"/>
        <w:jc w:val="center"/>
        <w:tblLayout w:type="fixed"/>
        <w:tblLook w:val="04A0" w:firstRow="1" w:lastRow="0" w:firstColumn="1" w:lastColumn="0" w:noHBand="0" w:noVBand="1"/>
      </w:tblPr>
      <w:tblGrid>
        <w:gridCol w:w="10200"/>
      </w:tblGrid>
      <w:tr w:rsidR="00351177" w14:paraId="634D8CDF"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6409B40F" w14:textId="77777777" w:rsidR="00351177" w:rsidRDefault="00053A8E">
            <w:pPr>
              <w:keepNext/>
              <w:spacing w:after="0" w:line="252" w:lineRule="auto"/>
            </w:pPr>
            <w:r>
              <w:rPr>
                <w:b/>
                <w:color w:val="FFFFFF"/>
                <w:sz w:val="21"/>
              </w:rPr>
              <w:lastRenderedPageBreak/>
              <w:t>10. REVIEW, LESSONS AND RECOMMENDATIONS</w:t>
            </w:r>
          </w:p>
        </w:tc>
      </w:tr>
    </w:tbl>
    <w:p w14:paraId="312236A8" w14:textId="77777777" w:rsidR="00351177" w:rsidRDefault="00351177">
      <w:pPr>
        <w:spacing w:after="40" w:line="252" w:lineRule="auto"/>
      </w:pPr>
    </w:p>
    <w:tbl>
      <w:tblPr>
        <w:tblW w:w="0" w:type="auto"/>
        <w:jc w:val="center"/>
        <w:tblLayout w:type="fixed"/>
        <w:tblLook w:val="04A0" w:firstRow="1" w:lastRow="0" w:firstColumn="1" w:lastColumn="0" w:noHBand="0" w:noVBand="1"/>
      </w:tblPr>
      <w:tblGrid>
        <w:gridCol w:w="2835"/>
        <w:gridCol w:w="6463"/>
      </w:tblGrid>
      <w:tr w:rsidR="00351177" w14:paraId="00EF5ADE" w14:textId="77777777">
        <w:trPr>
          <w:cantSplit/>
          <w:trHeight w:val="879"/>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0897973D" w14:textId="77777777" w:rsidR="00351177" w:rsidRDefault="00053A8E">
            <w:pPr>
              <w:spacing w:after="0" w:line="252" w:lineRule="auto"/>
            </w:pPr>
            <w:r>
              <w:rPr>
                <w:b/>
                <w:sz w:val="18"/>
              </w:rPr>
              <w:t>What should change?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3A91A839" w14:textId="77777777" w:rsidR="00351177" w:rsidRDefault="00053A8E">
            <w:pPr>
              <w:spacing w:after="0" w:line="252" w:lineRule="auto"/>
            </w:pPr>
            <w:r>
              <w:rPr>
                <w:i/>
                <w:color w:val="696969"/>
                <w:sz w:val="17"/>
              </w:rPr>
              <w:t xml:space="preserve">[Record any justified change to controls, procedures, briefing, training, equipment, staffing or other arrangements.] </w:t>
            </w:r>
          </w:p>
        </w:tc>
      </w:tr>
      <w:tr w:rsidR="00351177" w14:paraId="64B1D618" w14:textId="77777777">
        <w:trPr>
          <w:cantSplit/>
          <w:trHeight w:val="822"/>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797DA70D" w14:textId="77777777" w:rsidR="00351177" w:rsidRDefault="00053A8E">
            <w:pPr>
              <w:spacing w:after="0" w:line="252" w:lineRule="auto"/>
            </w:pPr>
            <w:r>
              <w:rPr>
                <w:b/>
                <w:sz w:val="18"/>
              </w:rPr>
              <w:t>Could the same issue exist elsewhere?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647E8499" w14:textId="77777777" w:rsidR="00351177" w:rsidRDefault="00053A8E">
            <w:pPr>
              <w:spacing w:after="0" w:line="252" w:lineRule="auto"/>
            </w:pPr>
            <w:r>
              <w:rPr>
                <w:i/>
                <w:color w:val="696969"/>
                <w:sz w:val="17"/>
              </w:rPr>
              <w:t xml:space="preserve">[Consider other locations, teams, shifts, sites or processes.] </w:t>
            </w:r>
          </w:p>
        </w:tc>
      </w:tr>
      <w:tr w:rsidR="00351177" w14:paraId="4835CCE5" w14:textId="77777777">
        <w:trPr>
          <w:cantSplit/>
          <w:trHeight w:val="822"/>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156F41DE" w14:textId="77777777" w:rsidR="00351177" w:rsidRDefault="00053A8E">
            <w:pPr>
              <w:spacing w:after="0" w:line="252" w:lineRule="auto"/>
            </w:pPr>
            <w:r>
              <w:rPr>
                <w:b/>
                <w:sz w:val="18"/>
              </w:rPr>
              <w:t>Has something similar happened before?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683EB1BF" w14:textId="77777777" w:rsidR="00351177" w:rsidRDefault="00053A8E">
            <w:pPr>
              <w:spacing w:after="0" w:line="252" w:lineRule="auto"/>
            </w:pPr>
            <w:r>
              <w:rPr>
                <w:i/>
                <w:color w:val="696969"/>
                <w:sz w:val="17"/>
              </w:rPr>
              <w:t xml:space="preserve">[Reference previous incidents, trends or records where relevant.] </w:t>
            </w:r>
          </w:p>
        </w:tc>
      </w:tr>
      <w:tr w:rsidR="00351177" w14:paraId="016D4CC9" w14:textId="77777777">
        <w:trPr>
          <w:cantSplit/>
          <w:trHeight w:val="879"/>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5302453B" w14:textId="77777777" w:rsidR="00351177" w:rsidRDefault="00053A8E">
            <w:pPr>
              <w:spacing w:after="0" w:line="252" w:lineRule="auto"/>
            </w:pPr>
            <w:r>
              <w:rPr>
                <w:b/>
                <w:sz w:val="18"/>
              </w:rPr>
              <w:t>Lessons to retain or share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1926D2AF" w14:textId="77777777" w:rsidR="00351177" w:rsidRDefault="00053A8E">
            <w:pPr>
              <w:spacing w:after="0" w:line="252" w:lineRule="auto"/>
            </w:pPr>
            <w:r>
              <w:rPr>
                <w:i/>
                <w:color w:val="696969"/>
                <w:sz w:val="17"/>
              </w:rPr>
              <w:t xml:space="preserve">[Record any lesson that should inform future briefings, procedures, reviews or decisions.] </w:t>
            </w:r>
          </w:p>
        </w:tc>
      </w:tr>
      <w:tr w:rsidR="00351177" w14:paraId="687B5D1E" w14:textId="77777777">
        <w:trPr>
          <w:cantSplit/>
          <w:trHeight w:val="879"/>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592759E4" w14:textId="77777777" w:rsidR="00351177" w:rsidRDefault="00053A8E">
            <w:pPr>
              <w:spacing w:after="0" w:line="252" w:lineRule="auto"/>
            </w:pPr>
            <w:r>
              <w:rPr>
                <w:b/>
                <w:sz w:val="18"/>
              </w:rPr>
              <w:t>Recommendations</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55B05360" w14:textId="77777777" w:rsidR="00351177" w:rsidRDefault="00053A8E">
            <w:pPr>
              <w:spacing w:after="0" w:line="252" w:lineRule="auto"/>
            </w:pPr>
            <w:r>
              <w:rPr>
                <w:i/>
                <w:color w:val="696969"/>
                <w:sz w:val="17"/>
              </w:rPr>
              <w:t xml:space="preserve">[Record recommendations that require a decision. Where accepted, convert them into owned follow-up actions above.] </w:t>
            </w:r>
          </w:p>
        </w:tc>
      </w:tr>
    </w:tbl>
    <w:p w14:paraId="5FB04088" w14:textId="77777777" w:rsidR="00351177" w:rsidRDefault="00351177">
      <w:pPr>
        <w:spacing w:after="60" w:line="252" w:lineRule="auto"/>
      </w:pPr>
    </w:p>
    <w:tbl>
      <w:tblPr>
        <w:tblW w:w="0" w:type="auto"/>
        <w:jc w:val="center"/>
        <w:tblLayout w:type="fixed"/>
        <w:tblLook w:val="04A0" w:firstRow="1" w:lastRow="0" w:firstColumn="1" w:lastColumn="0" w:noHBand="0" w:noVBand="1"/>
      </w:tblPr>
      <w:tblGrid>
        <w:gridCol w:w="10200"/>
      </w:tblGrid>
      <w:tr w:rsidR="00351177" w14:paraId="68169454" w14:textId="77777777">
        <w:trPr>
          <w:jc w:val="center"/>
        </w:trPr>
        <w:tc>
          <w:tcPr>
            <w:tcW w:w="10200" w:type="dxa"/>
            <w:tcBorders>
              <w:top w:val="single" w:sz="0" w:space="0" w:color="333333"/>
              <w:left w:val="single" w:sz="0" w:space="0" w:color="333333"/>
              <w:bottom w:val="single" w:sz="0" w:space="0" w:color="333333"/>
              <w:right w:val="single" w:sz="0" w:space="0" w:color="333333"/>
            </w:tcBorders>
            <w:shd w:val="clear" w:color="auto" w:fill="333333"/>
            <w:tcMar>
              <w:top w:w="95" w:type="dxa"/>
              <w:left w:w="130" w:type="dxa"/>
              <w:bottom w:w="95" w:type="dxa"/>
              <w:right w:w="130" w:type="dxa"/>
            </w:tcMar>
          </w:tcPr>
          <w:p w14:paraId="07A88C2F" w14:textId="77777777" w:rsidR="00351177" w:rsidRDefault="00053A8E">
            <w:pPr>
              <w:keepNext/>
              <w:spacing w:after="0" w:line="252" w:lineRule="auto"/>
            </w:pPr>
            <w:r>
              <w:rPr>
                <w:b/>
                <w:color w:val="FFFFFF"/>
                <w:sz w:val="21"/>
              </w:rPr>
              <w:t>11. REVIEW AND CLOSURE</w:t>
            </w:r>
          </w:p>
        </w:tc>
      </w:tr>
    </w:tbl>
    <w:p w14:paraId="45454FA1" w14:textId="77777777" w:rsidR="00351177" w:rsidRDefault="00351177">
      <w:pPr>
        <w:spacing w:after="40" w:line="252" w:lineRule="auto"/>
      </w:pPr>
    </w:p>
    <w:tbl>
      <w:tblPr>
        <w:tblW w:w="0" w:type="auto"/>
        <w:jc w:val="center"/>
        <w:tblLayout w:type="fixed"/>
        <w:tblLook w:val="04A0" w:firstRow="1" w:lastRow="0" w:firstColumn="1" w:lastColumn="0" w:noHBand="0" w:noVBand="1"/>
      </w:tblPr>
      <w:tblGrid>
        <w:gridCol w:w="2835"/>
        <w:gridCol w:w="6463"/>
      </w:tblGrid>
      <w:tr w:rsidR="00351177" w14:paraId="5CF1632F" w14:textId="77777777">
        <w:trPr>
          <w:cantSplit/>
          <w:trHeight w:val="45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0F0CA9A9" w14:textId="77777777" w:rsidR="00351177" w:rsidRDefault="00053A8E">
            <w:pPr>
              <w:spacing w:after="0" w:line="252" w:lineRule="auto"/>
            </w:pPr>
            <w:r>
              <w:rPr>
                <w:b/>
                <w:sz w:val="18"/>
              </w:rPr>
              <w:t>Reviewed by</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73D56786" w14:textId="77777777" w:rsidR="00351177" w:rsidRDefault="00053A8E">
            <w:pPr>
              <w:spacing w:after="0" w:line="252" w:lineRule="auto"/>
            </w:pPr>
            <w:r>
              <w:rPr>
                <w:i/>
                <w:color w:val="696969"/>
                <w:sz w:val="17"/>
              </w:rPr>
              <w:t xml:space="preserve">[Name and role] </w:t>
            </w:r>
          </w:p>
        </w:tc>
      </w:tr>
      <w:tr w:rsidR="00351177" w14:paraId="62E74D5A" w14:textId="77777777">
        <w:trPr>
          <w:cantSplit/>
          <w:trHeight w:val="45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3376E44E" w14:textId="77777777" w:rsidR="00351177" w:rsidRDefault="00053A8E">
            <w:pPr>
              <w:spacing w:after="0" w:line="252" w:lineRule="auto"/>
            </w:pPr>
            <w:r>
              <w:rPr>
                <w:b/>
                <w:sz w:val="18"/>
              </w:rPr>
              <w:t>Date reviewed</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73216331" w14:textId="77777777" w:rsidR="00351177" w:rsidRDefault="00053A8E">
            <w:pPr>
              <w:spacing w:after="0" w:line="252" w:lineRule="auto"/>
            </w:pPr>
            <w:r>
              <w:rPr>
                <w:i/>
                <w:color w:val="696969"/>
                <w:sz w:val="17"/>
              </w:rPr>
              <w:t xml:space="preserve">[DD/MM/YYYY] </w:t>
            </w:r>
          </w:p>
        </w:tc>
      </w:tr>
      <w:tr w:rsidR="00351177" w14:paraId="49F5140D" w14:textId="77777777">
        <w:trPr>
          <w:cantSplit/>
          <w:trHeight w:val="482"/>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5E8F6DF4" w14:textId="77777777" w:rsidR="00351177" w:rsidRDefault="00053A8E">
            <w:pPr>
              <w:spacing w:after="0" w:line="252" w:lineRule="auto"/>
            </w:pPr>
            <w:r>
              <w:rPr>
                <w:b/>
                <w:sz w:val="18"/>
              </w:rPr>
              <w:t>Further action required?</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3F7A17EF" w14:textId="77777777" w:rsidR="00351177" w:rsidRDefault="00053A8E">
            <w:pPr>
              <w:spacing w:after="0" w:line="252" w:lineRule="auto"/>
            </w:pPr>
            <w:r>
              <w:rPr>
                <w:i/>
                <w:color w:val="696969"/>
                <w:sz w:val="17"/>
              </w:rPr>
              <w:t>[ ] Yes    [ ] No    If yes, ensure actions are recorded above.</w:t>
            </w:r>
          </w:p>
        </w:tc>
      </w:tr>
      <w:tr w:rsidR="00351177" w14:paraId="50BD4EDA" w14:textId="77777777">
        <w:trPr>
          <w:cantSplit/>
          <w:trHeight w:val="45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5A0F0399" w14:textId="77777777" w:rsidR="00351177" w:rsidRDefault="00053A8E">
            <w:pPr>
              <w:spacing w:after="0" w:line="252" w:lineRule="auto"/>
            </w:pPr>
            <w:r>
              <w:rPr>
                <w:b/>
                <w:sz w:val="18"/>
              </w:rPr>
              <w:t>Closure date</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0D09EC5C" w14:textId="77777777" w:rsidR="00351177" w:rsidRDefault="00053A8E">
            <w:pPr>
              <w:spacing w:after="0" w:line="252" w:lineRule="auto"/>
            </w:pPr>
            <w:r>
              <w:rPr>
                <w:i/>
                <w:color w:val="696969"/>
                <w:sz w:val="17"/>
              </w:rPr>
              <w:t xml:space="preserve">[DD/MM/YYYY] </w:t>
            </w:r>
          </w:p>
        </w:tc>
      </w:tr>
      <w:tr w:rsidR="00351177" w14:paraId="323CD381" w14:textId="77777777">
        <w:trPr>
          <w:cantSplit/>
          <w:trHeight w:val="879"/>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0986DB56" w14:textId="77777777" w:rsidR="00351177" w:rsidRDefault="00053A8E">
            <w:pPr>
              <w:spacing w:after="0" w:line="252" w:lineRule="auto"/>
            </w:pPr>
            <w:r>
              <w:rPr>
                <w:b/>
                <w:sz w:val="18"/>
              </w:rPr>
              <w:t>Closure comments</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1599396D" w14:textId="77777777" w:rsidR="00351177" w:rsidRDefault="00053A8E">
            <w:pPr>
              <w:spacing w:after="0" w:line="252" w:lineRule="auto"/>
            </w:pPr>
            <w:r>
              <w:rPr>
                <w:i/>
                <w:color w:val="696969"/>
                <w:sz w:val="17"/>
              </w:rPr>
              <w:t xml:space="preserve">[Record why the incident can be closed, any remaining accepted risk, and where the final record is retained.] </w:t>
            </w:r>
          </w:p>
        </w:tc>
      </w:tr>
      <w:tr w:rsidR="00351177" w14:paraId="02C663F7" w14:textId="77777777">
        <w:trPr>
          <w:cantSplit/>
          <w:trHeight w:val="454"/>
          <w:jc w:val="center"/>
        </w:trPr>
        <w:tc>
          <w:tcPr>
            <w:tcW w:w="2835" w:type="dxa"/>
            <w:tcBorders>
              <w:top w:val="single" w:sz="6" w:space="0" w:color="C8C8C8"/>
              <w:left w:val="single" w:sz="6" w:space="0" w:color="C8C8C8"/>
              <w:bottom w:val="single" w:sz="6" w:space="0" w:color="C8C8C8"/>
              <w:right w:val="single" w:sz="6" w:space="0" w:color="C8C8C8"/>
            </w:tcBorders>
            <w:shd w:val="clear" w:color="auto" w:fill="F2F2F2"/>
            <w:tcMar>
              <w:top w:w="80" w:type="dxa"/>
              <w:left w:w="110" w:type="dxa"/>
              <w:bottom w:w="80" w:type="dxa"/>
              <w:right w:w="110" w:type="dxa"/>
            </w:tcMar>
            <w:vAlign w:val="center"/>
          </w:tcPr>
          <w:p w14:paraId="628ACB96" w14:textId="77777777" w:rsidR="00351177" w:rsidRDefault="00053A8E">
            <w:pPr>
              <w:spacing w:after="0" w:line="252" w:lineRule="auto"/>
            </w:pPr>
            <w:r>
              <w:rPr>
                <w:b/>
                <w:sz w:val="18"/>
              </w:rPr>
              <w:t>Closed by</w:t>
            </w:r>
          </w:p>
        </w:tc>
        <w:tc>
          <w:tcPr>
            <w:tcW w:w="6463" w:type="dxa"/>
            <w:tcBorders>
              <w:top w:val="single" w:sz="6" w:space="0" w:color="C8C8C8"/>
              <w:left w:val="single" w:sz="6" w:space="0" w:color="C8C8C8"/>
              <w:bottom w:val="single" w:sz="6" w:space="0" w:color="C8C8C8"/>
              <w:right w:val="single" w:sz="6" w:space="0" w:color="C8C8C8"/>
            </w:tcBorders>
            <w:tcMar>
              <w:top w:w="80" w:type="dxa"/>
              <w:left w:w="110" w:type="dxa"/>
              <w:bottom w:w="80" w:type="dxa"/>
              <w:right w:w="110" w:type="dxa"/>
            </w:tcMar>
          </w:tcPr>
          <w:p w14:paraId="01B11D87" w14:textId="77777777" w:rsidR="00351177" w:rsidRDefault="00053A8E">
            <w:pPr>
              <w:spacing w:after="0" w:line="252" w:lineRule="auto"/>
            </w:pPr>
            <w:r>
              <w:rPr>
                <w:i/>
                <w:color w:val="696969"/>
                <w:sz w:val="17"/>
              </w:rPr>
              <w:t xml:space="preserve">[Name and role] </w:t>
            </w:r>
          </w:p>
        </w:tc>
      </w:tr>
    </w:tbl>
    <w:p w14:paraId="0FF5BCBF" w14:textId="77777777" w:rsidR="00351177" w:rsidRDefault="00351177">
      <w:pPr>
        <w:spacing w:line="252" w:lineRule="auto"/>
      </w:pPr>
    </w:p>
    <w:tbl>
      <w:tblPr>
        <w:tblW w:w="0" w:type="auto"/>
        <w:jc w:val="center"/>
        <w:tblLook w:val="04A0" w:firstRow="1" w:lastRow="0" w:firstColumn="1" w:lastColumn="0" w:noHBand="0" w:noVBand="1"/>
      </w:tblPr>
      <w:tblGrid>
        <w:gridCol w:w="10178"/>
      </w:tblGrid>
      <w:tr w:rsidR="00351177" w14:paraId="56B0FE96" w14:textId="77777777">
        <w:trPr>
          <w:jc w:val="center"/>
        </w:trPr>
        <w:tc>
          <w:tcPr>
            <w:tcW w:w="10200" w:type="dxa"/>
            <w:tcBorders>
              <w:top w:val="single" w:sz="8" w:space="0" w:color="C8C8C8"/>
              <w:left w:val="single" w:sz="8" w:space="0" w:color="C8C8C8"/>
              <w:bottom w:val="single" w:sz="8" w:space="0" w:color="C8C8C8"/>
              <w:right w:val="single" w:sz="8" w:space="0" w:color="C8C8C8"/>
            </w:tcBorders>
            <w:shd w:val="clear" w:color="auto" w:fill="F7F7F7"/>
            <w:tcMar>
              <w:top w:w="110" w:type="dxa"/>
              <w:left w:w="130" w:type="dxa"/>
              <w:bottom w:w="110" w:type="dxa"/>
              <w:right w:w="130" w:type="dxa"/>
            </w:tcMar>
          </w:tcPr>
          <w:p w14:paraId="6156B6D5" w14:textId="77777777" w:rsidR="00351177" w:rsidRDefault="00053A8E">
            <w:pPr>
              <w:spacing w:after="40" w:line="252" w:lineRule="auto"/>
            </w:pPr>
            <w:r>
              <w:rPr>
                <w:b/>
                <w:sz w:val="18"/>
              </w:rPr>
              <w:t xml:space="preserve">Before closure.  </w:t>
            </w:r>
            <w:r>
              <w:rPr>
                <w:sz w:val="17"/>
              </w:rPr>
              <w:t>Check that the chronology is understandable, observations are distinguished from assumptions, relevant evidence is referenced, important unknowns are visible, required notifications have been considered, and accepted actions have owners and outcomes.</w:t>
            </w:r>
          </w:p>
        </w:tc>
      </w:tr>
    </w:tbl>
    <w:p w14:paraId="5F2395C2" w14:textId="77777777" w:rsidR="00351177" w:rsidRDefault="00053A8E">
      <w:pPr>
        <w:spacing w:before="100" w:after="0" w:line="252" w:lineRule="auto"/>
        <w:jc w:val="center"/>
      </w:pPr>
      <w:r>
        <w:rPr>
          <w:color w:val="696969"/>
          <w:sz w:val="15"/>
        </w:rPr>
        <w:t>Template version: August 2026</w:t>
      </w:r>
    </w:p>
    <w:sectPr w:rsidR="00351177" w:rsidSect="0004600F">
      <w:headerReference w:type="default" r:id="rId8"/>
      <w:footerReference w:type="default" r:id="rId9"/>
      <w:pgSz w:w="12240" w:h="15840"/>
      <w:pgMar w:top="1389" w:right="1021" w:bottom="964" w:left="1021" w:header="142"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AD3C7" w14:textId="77777777" w:rsidR="00053A8E" w:rsidRDefault="00053A8E">
      <w:pPr>
        <w:spacing w:after="0" w:line="240" w:lineRule="auto"/>
      </w:pPr>
      <w:r>
        <w:separator/>
      </w:r>
    </w:p>
  </w:endnote>
  <w:endnote w:type="continuationSeparator" w:id="0">
    <w:p w14:paraId="08825040" w14:textId="77777777" w:rsidR="00053A8E" w:rsidRDefault="00053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3F011" w14:textId="77777777" w:rsidR="00351177" w:rsidRDefault="00351177">
    <w:pPr>
      <w:pStyle w:val="Footer"/>
    </w:pPr>
  </w:p>
  <w:tbl>
    <w:tblPr>
      <w:tblW w:w="0" w:type="auto"/>
      <w:jc w:val="center"/>
      <w:tblLayout w:type="fixed"/>
      <w:tblLook w:val="04A0" w:firstRow="1" w:lastRow="0" w:firstColumn="1" w:lastColumn="0" w:noHBand="0" w:noVBand="1"/>
    </w:tblPr>
    <w:tblGrid>
      <w:gridCol w:w="4819"/>
      <w:gridCol w:w="4819"/>
    </w:tblGrid>
    <w:tr w:rsidR="00351177" w14:paraId="02AD2E31" w14:textId="77777777">
      <w:trPr>
        <w:jc w:val="center"/>
      </w:trPr>
      <w:tc>
        <w:tcPr>
          <w:tcW w:w="4819" w:type="dxa"/>
          <w:tcBorders>
            <w:top w:val="nil"/>
            <w:left w:val="nil"/>
            <w:bottom w:val="nil"/>
            <w:right w:val="nil"/>
          </w:tcBorders>
          <w:tcMar>
            <w:top w:w="0" w:type="dxa"/>
            <w:left w:w="0" w:type="dxa"/>
            <w:bottom w:w="0" w:type="dxa"/>
            <w:right w:w="0" w:type="dxa"/>
          </w:tcMar>
        </w:tcPr>
        <w:p w14:paraId="241D77BF" w14:textId="57989849" w:rsidR="00351177" w:rsidRDefault="00053A8E">
          <w:pPr>
            <w:spacing w:after="0" w:line="252" w:lineRule="auto"/>
          </w:pPr>
          <w:r>
            <w:rPr>
              <w:color w:val="696969"/>
              <w:sz w:val="14"/>
            </w:rPr>
            <w:t xml:space="preserve">SIRV Systems </w:t>
          </w:r>
          <w:proofErr w:type="gramStart"/>
          <w:r>
            <w:rPr>
              <w:color w:val="696969"/>
              <w:sz w:val="14"/>
            </w:rPr>
            <w:t>Limited  |</w:t>
          </w:r>
          <w:proofErr w:type="gramEnd"/>
          <w:r>
            <w:rPr>
              <w:color w:val="696969"/>
              <w:sz w:val="14"/>
            </w:rPr>
            <w:t xml:space="preserve">  </w:t>
          </w:r>
          <w:r w:rsidR="0004600F" w:rsidRPr="0004600F">
            <w:rPr>
              <w:color w:val="696969"/>
              <w:sz w:val="14"/>
            </w:rPr>
            <w:t>Getsirv.com</w:t>
          </w:r>
          <w:r w:rsidR="0004600F">
            <w:rPr>
              <w:color w:val="696969"/>
              <w:sz w:val="14"/>
            </w:rPr>
            <w:t xml:space="preserve"> | </w:t>
          </w:r>
          <w:r w:rsidR="0004600F" w:rsidRPr="0004600F">
            <w:rPr>
              <w:color w:val="696969"/>
              <w:sz w:val="14"/>
            </w:rPr>
            <w:t>30 Churchill Place, Canary Wharf, London E14 5</w:t>
          </w:r>
          <w:proofErr w:type="gramStart"/>
          <w:r w:rsidR="0004600F" w:rsidRPr="0004600F">
            <w:rPr>
              <w:color w:val="696969"/>
              <w:sz w:val="14"/>
            </w:rPr>
            <w:t>RE</w:t>
          </w:r>
          <w:r>
            <w:rPr>
              <w:color w:val="696969"/>
              <w:sz w:val="14"/>
            </w:rPr>
            <w:t xml:space="preserve">  |</w:t>
          </w:r>
          <w:proofErr w:type="gramEnd"/>
          <w:r>
            <w:rPr>
              <w:color w:val="696969"/>
              <w:sz w:val="14"/>
            </w:rPr>
            <w:t xml:space="preserve">  Company No. 08294557</w:t>
          </w:r>
        </w:p>
      </w:tc>
      <w:tc>
        <w:tcPr>
          <w:tcW w:w="4819" w:type="dxa"/>
          <w:tcBorders>
            <w:top w:val="nil"/>
            <w:left w:val="nil"/>
            <w:bottom w:val="nil"/>
            <w:right w:val="nil"/>
          </w:tcBorders>
          <w:tcMar>
            <w:top w:w="0" w:type="dxa"/>
            <w:left w:w="0" w:type="dxa"/>
            <w:bottom w:w="0" w:type="dxa"/>
            <w:right w:w="0" w:type="dxa"/>
          </w:tcMar>
        </w:tcPr>
        <w:p w14:paraId="19879D60" w14:textId="77777777" w:rsidR="00351177" w:rsidRDefault="00053A8E">
          <w:pPr>
            <w:spacing w:after="0" w:line="252" w:lineRule="auto"/>
            <w:jc w:val="right"/>
          </w:pPr>
          <w:r>
            <w:rPr>
              <w:color w:val="696969"/>
              <w:sz w:val="16"/>
            </w:rPr>
            <w:t xml:space="preserve">Page </w:t>
          </w:r>
          <w:r>
            <w:fldChar w:fldCharType="begin"/>
          </w:r>
          <w:r>
            <w:instrText>PAGE</w:instrText>
          </w:r>
          <w:r w:rsidR="0004600F">
            <w:fldChar w:fldCharType="separate"/>
          </w:r>
          <w:r w:rsidR="0004600F">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3FC28" w14:textId="77777777" w:rsidR="00053A8E" w:rsidRDefault="00053A8E">
      <w:pPr>
        <w:spacing w:after="0" w:line="240" w:lineRule="auto"/>
      </w:pPr>
      <w:r>
        <w:separator/>
      </w:r>
    </w:p>
  </w:footnote>
  <w:footnote w:type="continuationSeparator" w:id="0">
    <w:p w14:paraId="11266E8C" w14:textId="77777777" w:rsidR="00053A8E" w:rsidRDefault="00053A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8E8B2" w14:textId="77777777" w:rsidR="00351177" w:rsidRDefault="00053A8E">
    <w:pPr>
      <w:pStyle w:val="Header"/>
      <w:jc w:val="center"/>
    </w:pPr>
    <w:r>
      <w:rPr>
        <w:noProof/>
      </w:rPr>
      <w:drawing>
        <wp:inline distT="0" distB="0" distL="0" distR="0" wp14:anchorId="40414782" wp14:editId="23612889">
          <wp:extent cx="6443999" cy="120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6443999" cy="120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597059">
    <w:abstractNumId w:val="8"/>
  </w:num>
  <w:num w:numId="2" w16cid:durableId="1473451188">
    <w:abstractNumId w:val="6"/>
  </w:num>
  <w:num w:numId="3" w16cid:durableId="903294393">
    <w:abstractNumId w:val="5"/>
  </w:num>
  <w:num w:numId="4" w16cid:durableId="105515034">
    <w:abstractNumId w:val="4"/>
  </w:num>
  <w:num w:numId="5" w16cid:durableId="2090537556">
    <w:abstractNumId w:val="7"/>
  </w:num>
  <w:num w:numId="6" w16cid:durableId="1141997113">
    <w:abstractNumId w:val="3"/>
  </w:num>
  <w:num w:numId="7" w16cid:durableId="892234223">
    <w:abstractNumId w:val="2"/>
  </w:num>
  <w:num w:numId="8" w16cid:durableId="779647971">
    <w:abstractNumId w:val="1"/>
  </w:num>
  <w:num w:numId="9" w16cid:durableId="1314679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600F"/>
    <w:rsid w:val="00053A8E"/>
    <w:rsid w:val="0006063C"/>
    <w:rsid w:val="0015074B"/>
    <w:rsid w:val="0029639D"/>
    <w:rsid w:val="00326F90"/>
    <w:rsid w:val="00351177"/>
    <w:rsid w:val="00925EC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8704DE"/>
  <w14:defaultImageDpi w14:val="300"/>
  <w15:docId w15:val="{34ED9369-7F9E-4D49-9558-E98775463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pPr>
    <w:rPr>
      <w:rFonts w:ascii="Arial" w:hAnsi="Arial"/>
      <w:color w:val="212121"/>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828</Words>
  <Characters>4724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SIRV Security Incident Report Template</dc:title>
  <dc:subject>Internal security incident recording, review, follow-up and closure</dc:subject>
  <dc:creator>SIRV Systems Limited</dc:creator>
  <cp:keywords>security incident report, incident template, security reporting, follow-up, evidence</cp:keywords>
  <dc:description>generated by python-docx</dc:description>
  <cp:lastModifiedBy>andrew j tollinton</cp:lastModifiedBy>
  <cp:revision>2</cp:revision>
  <dcterms:created xsi:type="dcterms:W3CDTF">2026-08-14T15:34:00Z</dcterms:created>
  <dcterms:modified xsi:type="dcterms:W3CDTF">2026-08-14T15:34:00Z</dcterms:modified>
  <cp:category/>
</cp:coreProperties>
</file>